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EC1304" w14:textId="77777777" w:rsidR="0012600E" w:rsidRDefault="00000000">
      <w:r>
        <w:t>Pieczęć szkoły</w:t>
      </w:r>
    </w:p>
    <w:p w14:paraId="7BA23127" w14:textId="77777777" w:rsidR="0012600E" w:rsidRDefault="00000000">
      <w:pPr>
        <w:jc w:val="right"/>
      </w:pPr>
      <w:r>
        <w:rPr>
          <w:b/>
        </w:rPr>
        <w:t>Załącznik A</w:t>
      </w:r>
    </w:p>
    <w:p w14:paraId="1844A7EC" w14:textId="77777777" w:rsidR="0012600E" w:rsidRDefault="00000000">
      <w:pPr>
        <w:jc w:val="center"/>
      </w:pPr>
      <w:r>
        <w:rPr>
          <w:b/>
          <w:sz w:val="28"/>
        </w:rPr>
        <w:t>1. CZĘŚĆ WSTĘPNA PLANOWANIA</w:t>
      </w:r>
    </w:p>
    <w:p w14:paraId="1CEAC641" w14:textId="77777777" w:rsidR="0012600E" w:rsidRDefault="00000000">
      <w:pPr>
        <w:pStyle w:val="Nagwek2"/>
      </w:pPr>
      <w:r>
        <w:t>1. Problem priorytetowy do rozwiązania:</w:t>
      </w:r>
    </w:p>
    <w:p w14:paraId="75C463F5" w14:textId="77777777" w:rsidR="0012600E" w:rsidRDefault="00000000">
      <w:r>
        <w:rPr>
          <w:b/>
        </w:rPr>
        <w:t>Potrzeba wzmacniania współpracy i komunikacji pomiędzy wszystkimi grupami społeczności szkolnej w celu budowania środowiska sprzyjającego zdrowiu i dobrostanowi.</w:t>
      </w:r>
    </w:p>
    <w:p w14:paraId="0A3B9EA0" w14:textId="77777777" w:rsidR="0012600E" w:rsidRDefault="00000000">
      <w:pPr>
        <w:pStyle w:val="Nagwek3"/>
      </w:pPr>
      <w:r>
        <w:t>a) Krótki opis problemu priorytetowego</w:t>
      </w:r>
    </w:p>
    <w:p w14:paraId="2C4113E7" w14:textId="77777777" w:rsidR="0012600E" w:rsidRDefault="00000000">
      <w:r>
        <w:t>Przeprowadzona w kwietniu i maju 2026 roku ewaluacja Programu Szkoły Promującej Zdrowie wykazała, że szkoła jest pozytywnie postrzegana przez uczniów, rodziców, nauczycieli oraz pracowników niepedagogicznych jako miejsce dbające o zdrowie, bezpieczeństwo i rozwój uczniów.</w:t>
      </w:r>
    </w:p>
    <w:p w14:paraId="57A54C19" w14:textId="77777777" w:rsidR="0012600E" w:rsidRDefault="00000000">
      <w:r>
        <w:t>Jednocześnie analiza ankiet wskazała na potrzebę dalszego wzmacniania współpracy i komunikacji pomiędzy poszczególnymi grupami społeczności szkolnej. Szczególnego doskonalenia wymaga przepływ informacji pomiędzy szkołą a rodzicami, zwiększanie możliwości aktywnego uczestnictwa uczniów i rodziców w życiu szkoły oraz tworzenie większej liczby wspólnych przedsięwzięć integrujących uczniów, rodziców, nauczycieli i pracowników niepedagogicznych.</w:t>
      </w:r>
    </w:p>
    <w:p w14:paraId="7B654A59" w14:textId="77777777" w:rsidR="0012600E" w:rsidRDefault="00000000">
      <w:r>
        <w:t>Istotnym obszarem pozostaje również rozwijanie pozytywnych relacji, umiejętności komunikowania swoich potrzeb oraz budowanie poczucia wspólnoty. Ze względu na zróżnicowane możliwości komunikacyjne uczniów działania te powinny być prowadzone w formach dostosowanych do ich indywidualnych potrzeb i możliwości.</w:t>
      </w:r>
    </w:p>
    <w:p w14:paraId="77E22E6A" w14:textId="77777777" w:rsidR="0012600E" w:rsidRDefault="00000000">
      <w:pPr>
        <w:pStyle w:val="Nagwek3"/>
      </w:pPr>
      <w:r>
        <w:t>b) Uzasadnienie wyboru priorytetu</w:t>
      </w:r>
    </w:p>
    <w:p w14:paraId="3B1BA2E7" w14:textId="77777777" w:rsidR="0012600E" w:rsidRDefault="00000000">
      <w:r>
        <w:t>Problem priorytetowy został wybrany przez Szkolny Zespół ds. Promocji Zdrowia na podstawie wyników ewaluacji Programu Szkoły Promującej Zdrowie przeprowadzonej w roku szkolnym 2025/2026.</w:t>
      </w:r>
    </w:p>
    <w:p w14:paraId="2E453E47" w14:textId="77777777" w:rsidR="0012600E" w:rsidRDefault="00000000">
      <w:r>
        <w:t>Badaniem objęto uczniów klas IV-VIII, rodziców uczniów klas I-VIII, nauczycieli oraz pracowników niepedagogicznych. Wyniki wykazały, że dotychczasowe działania prozdrowotne są dobrze oceniane, natomiast dalszej pracy wymagają przede wszystkim komunikacja, współpraca, integracja oraz zwiększanie udziału członków społeczności szkolnej w podejmowanych przedsięwzięciach.</w:t>
      </w:r>
    </w:p>
    <w:p w14:paraId="3172F2C6" w14:textId="77777777" w:rsidR="0012600E" w:rsidRDefault="00000000">
      <w:r>
        <w:t>Wybór priorytetu wynika również ze specyfiki placówki i zróżnicowanych potrzeb uczniów. Wspólne działania, możliwość uczestnictwa na miarę indywidualnych możliwości oraz czytelna i dostępna komunikacja sprzyjają budowaniu poczucia bezpieczeństwa, wzajemnego zaufania, pozytywnych relacji i dobrostanu całej społeczności szkolnej.</w:t>
      </w:r>
    </w:p>
    <w:p w14:paraId="21D86CA0" w14:textId="77777777" w:rsidR="0012600E" w:rsidRDefault="00000000">
      <w:pPr>
        <w:pStyle w:val="Nagwek2"/>
      </w:pPr>
      <w:r>
        <w:t>Przyczyny główne istnienia problemu:</w:t>
      </w:r>
    </w:p>
    <w:p w14:paraId="06CBEFAC" w14:textId="77777777" w:rsidR="0012600E" w:rsidRDefault="00000000">
      <w:pPr>
        <w:pStyle w:val="Listapunktowana"/>
      </w:pPr>
      <w:r>
        <w:t>zróżnicowany poziom zaangażowania poszczególnych grup społeczności szkolnej w życie szkoły;</w:t>
      </w:r>
    </w:p>
    <w:p w14:paraId="58B66024" w14:textId="77777777" w:rsidR="0012600E" w:rsidRDefault="00000000">
      <w:pPr>
        <w:pStyle w:val="Listapunktowana"/>
      </w:pPr>
      <w:r>
        <w:t>niewystarczający udział uczniów i rodziców w planowaniu oraz realizacji niektórych działań;</w:t>
      </w:r>
    </w:p>
    <w:p w14:paraId="679329EE" w14:textId="77777777" w:rsidR="0012600E" w:rsidRDefault="00000000">
      <w:pPr>
        <w:pStyle w:val="Listapunktowana"/>
      </w:pPr>
      <w:r>
        <w:t>potrzeba dalszego usprawniania przepływu informacji pomiędzy szkołą a rodzicami;</w:t>
      </w:r>
    </w:p>
    <w:p w14:paraId="13BC7C09" w14:textId="77777777" w:rsidR="0012600E" w:rsidRDefault="00000000">
      <w:pPr>
        <w:pStyle w:val="Listapunktowana"/>
      </w:pPr>
      <w:r>
        <w:t>ograniczona liczba przedsięwzięć integrujących jednocześnie różne grupy społeczności szkolnej;</w:t>
      </w:r>
    </w:p>
    <w:p w14:paraId="40EF2050" w14:textId="77777777" w:rsidR="0012600E" w:rsidRDefault="00000000">
      <w:pPr>
        <w:pStyle w:val="Listapunktowana"/>
      </w:pPr>
      <w:r>
        <w:t>zróżnicowane potrzeby i możliwości komunikacyjne uczniów;</w:t>
      </w:r>
    </w:p>
    <w:p w14:paraId="30B77BFF" w14:textId="77777777" w:rsidR="0012600E" w:rsidRDefault="00000000">
      <w:pPr>
        <w:pStyle w:val="Listapunktowana"/>
      </w:pPr>
      <w:r>
        <w:t>potrzeba dalszego rozwijania kompetencji społecznych, współpracy i komunikacji;</w:t>
      </w:r>
    </w:p>
    <w:p w14:paraId="0A1CC4CD" w14:textId="77777777" w:rsidR="0012600E" w:rsidRDefault="00000000">
      <w:pPr>
        <w:pStyle w:val="Listapunktowana"/>
      </w:pPr>
      <w:r>
        <w:t>stres i obciążenie obowiązkami wpływające na dobrostan pracowników.</w:t>
      </w:r>
    </w:p>
    <w:p w14:paraId="0CB693D0" w14:textId="77777777" w:rsidR="0012600E" w:rsidRDefault="00000000">
      <w:pPr>
        <w:pStyle w:val="Nagwek2"/>
      </w:pPr>
      <w:r>
        <w:t>2. Rozwiązania dla usunięcia przyczyn problemu (podstawa do ustalenia zadań):</w:t>
      </w:r>
    </w:p>
    <w:p w14:paraId="535153E6" w14:textId="77777777" w:rsidR="0012600E" w:rsidRDefault="00000000">
      <w:pPr>
        <w:pStyle w:val="Listapunktowana"/>
      </w:pPr>
      <w:r>
        <w:t>zwiększanie aktywnego udziału uczniów, rodziców, nauczycieli i pracowników niepedagogicznych w działaniach szkoły;</w:t>
      </w:r>
    </w:p>
    <w:p w14:paraId="720C8760" w14:textId="77777777" w:rsidR="0012600E" w:rsidRDefault="00000000">
      <w:pPr>
        <w:pStyle w:val="Listapunktowana"/>
      </w:pPr>
      <w:r>
        <w:lastRenderedPageBreak/>
        <w:t>tworzenie okazji do wspólnych przedsięwzięć i spotkań integracyjnych;</w:t>
      </w:r>
    </w:p>
    <w:p w14:paraId="65B2727F" w14:textId="77777777" w:rsidR="0012600E" w:rsidRDefault="00000000">
      <w:pPr>
        <w:pStyle w:val="Listapunktowana"/>
      </w:pPr>
      <w:r>
        <w:t>rozwijanie współpracy pomiędzy klasami i zespołami terapeutycznymi;</w:t>
      </w:r>
    </w:p>
    <w:p w14:paraId="09DF5F50" w14:textId="77777777" w:rsidR="0012600E" w:rsidRDefault="00000000">
      <w:pPr>
        <w:pStyle w:val="Listapunktowana"/>
      </w:pPr>
      <w:r>
        <w:t>organizowanie wspólnych wyjść i wyjazdów sprzyjających integracji;</w:t>
      </w:r>
    </w:p>
    <w:p w14:paraId="59582620" w14:textId="77777777" w:rsidR="0012600E" w:rsidRDefault="00000000">
      <w:pPr>
        <w:pStyle w:val="Listapunktowana"/>
      </w:pPr>
      <w:r>
        <w:t>prowadzenie zajęć dotyczących komunikacji, relacji, emocji i współpracy;</w:t>
      </w:r>
    </w:p>
    <w:p w14:paraId="25BB7DF5" w14:textId="77777777" w:rsidR="0012600E" w:rsidRDefault="00000000">
      <w:pPr>
        <w:pStyle w:val="Listapunktowana"/>
      </w:pPr>
      <w:r>
        <w:t>umożliwianie uczniom wyrażania opinii w formach dostosowanych do ich możliwości komunikacyjnych;</w:t>
      </w:r>
    </w:p>
    <w:p w14:paraId="24DBDBCC" w14:textId="77777777" w:rsidR="0012600E" w:rsidRDefault="00000000">
      <w:pPr>
        <w:pStyle w:val="Listapunktowana"/>
      </w:pPr>
      <w:r>
        <w:t>usprawnianie przepływu informacji pomiędzy szkołą a rodzicami;</w:t>
      </w:r>
    </w:p>
    <w:p w14:paraId="218BF901" w14:textId="77777777" w:rsidR="0012600E" w:rsidRDefault="00000000">
      <w:pPr>
        <w:pStyle w:val="Listapunktowana"/>
      </w:pPr>
      <w:r>
        <w:t>kontynuowanie działań wspierających zdrowie psychiczne i dobrostan uczniów oraz pracowników;</w:t>
      </w:r>
    </w:p>
    <w:p w14:paraId="11DC5151" w14:textId="77777777" w:rsidR="0012600E" w:rsidRDefault="00000000">
      <w:pPr>
        <w:pStyle w:val="Listapunktowana"/>
      </w:pPr>
      <w:r>
        <w:t>organizowanie wydarzeń angażujących całą społeczność szkolną.</w:t>
      </w:r>
    </w:p>
    <w:p w14:paraId="4C283B82" w14:textId="77777777" w:rsidR="0012600E" w:rsidRDefault="00000000">
      <w:r>
        <w:br w:type="page"/>
      </w:r>
    </w:p>
    <w:p w14:paraId="3E7FD513" w14:textId="77777777" w:rsidR="0012600E" w:rsidRDefault="00000000">
      <w:r>
        <w:lastRenderedPageBreak/>
        <w:t>Pieczęć szkoły</w:t>
      </w:r>
    </w:p>
    <w:p w14:paraId="491E147E" w14:textId="77777777" w:rsidR="0012600E" w:rsidRDefault="00000000">
      <w:pPr>
        <w:jc w:val="right"/>
      </w:pPr>
      <w:r>
        <w:rPr>
          <w:b/>
        </w:rPr>
        <w:t>Załącznik B</w:t>
      </w:r>
    </w:p>
    <w:p w14:paraId="2204F067" w14:textId="77777777" w:rsidR="0012600E" w:rsidRDefault="00000000">
      <w:pPr>
        <w:jc w:val="center"/>
      </w:pPr>
      <w:r>
        <w:rPr>
          <w:b/>
          <w:sz w:val="28"/>
        </w:rPr>
        <w:t>B. PLAN DZIAŁAŃ</w:t>
      </w:r>
      <w:r>
        <w:rPr>
          <w:b/>
          <w:sz w:val="28"/>
        </w:rPr>
        <w:br/>
        <w:t>w okresie 2026/2027</w:t>
      </w:r>
    </w:p>
    <w:p w14:paraId="328775F6" w14:textId="461E2E7A" w:rsidR="0012600E" w:rsidRPr="00874578" w:rsidRDefault="00000000" w:rsidP="00874578">
      <w:pPr>
        <w:pStyle w:val="NormalnyWeb"/>
        <w:rPr>
          <w:rFonts w:ascii="Aptos" w:hAnsi="Aptos"/>
          <w:color w:val="212121"/>
        </w:rPr>
      </w:pPr>
      <w:r>
        <w:t>1. CEL:</w:t>
      </w:r>
    </w:p>
    <w:p w14:paraId="11C53058" w14:textId="77777777" w:rsidR="0012600E" w:rsidRDefault="00000000">
      <w:r>
        <w:t>Wzmocnienie współpracy, komunikacji i integracji pomiędzy wszystkimi grupami społeczności szkolnej poprzez tworzenie warunków do wspólnego działania, aktywnego uczestnictwa w życiu szkoły oraz budowania pozytywnych relacji sprzyjających zdrowiu i dobrostanowi.</w:t>
      </w:r>
    </w:p>
    <w:p w14:paraId="54DC4881" w14:textId="77777777" w:rsidR="0012600E" w:rsidRDefault="00000000">
      <w:pPr>
        <w:pStyle w:val="Nagwek2"/>
      </w:pPr>
      <w:r>
        <w:t>2. Kryterium sukcesu:</w:t>
      </w:r>
    </w:p>
    <w:p w14:paraId="21D660F8" w14:textId="77777777" w:rsidR="0012600E" w:rsidRDefault="00000000">
      <w:pPr>
        <w:pStyle w:val="Listapunktowana"/>
      </w:pPr>
      <w:r>
        <w:t>minimum 80% uczniów weźmie udział w co najmniej jednym działaniu integracyjnym;</w:t>
      </w:r>
    </w:p>
    <w:p w14:paraId="3852D758" w14:textId="77777777" w:rsidR="0012600E" w:rsidRDefault="00000000">
      <w:pPr>
        <w:pStyle w:val="Listapunktowana"/>
      </w:pPr>
      <w:r>
        <w:t>minimum 70% badanych uczniów pozytywnie oceni możliwość uczestniczenia w życiu szkoły i wspólnych działaniach;</w:t>
      </w:r>
    </w:p>
    <w:p w14:paraId="5D1C2F39" w14:textId="77777777" w:rsidR="0012600E" w:rsidRDefault="00000000">
      <w:pPr>
        <w:pStyle w:val="Listapunktowana"/>
      </w:pPr>
      <w:r>
        <w:t>minimum 70% rodziców uczestniczących w ewaluacji pozytywnie oceni komunikację i współpracę ze szkołą;</w:t>
      </w:r>
    </w:p>
    <w:p w14:paraId="1D4C78E6" w14:textId="77777777" w:rsidR="0012600E" w:rsidRDefault="00000000">
      <w:pPr>
        <w:pStyle w:val="Listapunktowana"/>
      </w:pPr>
      <w:r>
        <w:t>minimum 80% nauczycieli i pracowników niepedagogicznych uczestniczących w ewaluacji pozytywnie oceni współpracę i relacje w społeczności szkolnej;</w:t>
      </w:r>
    </w:p>
    <w:p w14:paraId="19C6C535" w14:textId="77777777" w:rsidR="0012600E" w:rsidRDefault="00000000">
      <w:pPr>
        <w:pStyle w:val="Listapunktowana"/>
      </w:pPr>
      <w:r>
        <w:t>zostaną zrealizowane minimum 2 wspólne działania zespołów terapeutycznych;</w:t>
      </w:r>
    </w:p>
    <w:p w14:paraId="798837D3" w14:textId="77777777" w:rsidR="0012600E" w:rsidRDefault="00000000">
      <w:pPr>
        <w:pStyle w:val="Listapunktowana"/>
      </w:pPr>
      <w:r>
        <w:t>każda klasa lub zespół uczestniczący w programie zrealizuje minimum 1 działanie integracyjne;</w:t>
      </w:r>
    </w:p>
    <w:p w14:paraId="79D294FB" w14:textId="77777777" w:rsidR="0012600E" w:rsidRDefault="00000000">
      <w:pPr>
        <w:pStyle w:val="Listapunktowana"/>
      </w:pPr>
      <w:r>
        <w:t>zostanie zorganizowane minimum 1 duże wydarzenie integrujące przedstawicieli całej społeczności szkolnej;</w:t>
      </w:r>
    </w:p>
    <w:p w14:paraId="1EAA60A4" w14:textId="77777777" w:rsidR="0012600E" w:rsidRDefault="00000000">
      <w:pPr>
        <w:pStyle w:val="Listapunktowana"/>
      </w:pPr>
      <w:r>
        <w:t>zrealizowane zostanie minimum 80% zaplanowanych zadań.</w:t>
      </w:r>
    </w:p>
    <w:p w14:paraId="094A2602" w14:textId="77777777" w:rsidR="0012600E" w:rsidRDefault="00000000">
      <w:pPr>
        <w:pStyle w:val="Nagwek2"/>
      </w:pPr>
      <w:r>
        <w:t>3. Sposób sprawdzenia czy osiągnięto cel (sukces):</w:t>
      </w:r>
    </w:p>
    <w:p w14:paraId="7CA0D791" w14:textId="77777777" w:rsidR="0012600E" w:rsidRDefault="00000000">
      <w:pPr>
        <w:pStyle w:val="Nagwek3"/>
      </w:pPr>
      <w:r>
        <w:t>a) Co wskaże, że osiągnięto cel?</w:t>
      </w:r>
    </w:p>
    <w:p w14:paraId="417AC266" w14:textId="77777777" w:rsidR="0012600E" w:rsidRDefault="00000000">
      <w:pPr>
        <w:pStyle w:val="Listapunktowana"/>
      </w:pPr>
      <w:r>
        <w:t>udział uczniów, rodziców i pracowników w zaplanowanych przedsięwzięciach;</w:t>
      </w:r>
    </w:p>
    <w:p w14:paraId="1D808C1D" w14:textId="77777777" w:rsidR="0012600E" w:rsidRDefault="00000000">
      <w:pPr>
        <w:pStyle w:val="Listapunktowana"/>
      </w:pPr>
      <w:r>
        <w:t>liczba zrealizowanych działań integracyjnych;</w:t>
      </w:r>
    </w:p>
    <w:p w14:paraId="678BEBD5" w14:textId="77777777" w:rsidR="0012600E" w:rsidRDefault="00000000">
      <w:pPr>
        <w:pStyle w:val="Listapunktowana"/>
      </w:pPr>
      <w:r>
        <w:t>liczba wspólnych przedsięwzięć klas i zespołów terapeutycznych;</w:t>
      </w:r>
    </w:p>
    <w:p w14:paraId="7DE3262A" w14:textId="77777777" w:rsidR="0012600E" w:rsidRDefault="00000000">
      <w:pPr>
        <w:pStyle w:val="Listapunktowana"/>
      </w:pPr>
      <w:r>
        <w:t>obserwacja zaangażowania uczniów podczas zajęć i wydarzeń;</w:t>
      </w:r>
    </w:p>
    <w:p w14:paraId="0E3C06A8" w14:textId="77777777" w:rsidR="0012600E" w:rsidRDefault="00000000">
      <w:pPr>
        <w:pStyle w:val="Listapunktowana"/>
      </w:pPr>
      <w:r>
        <w:t>wyniki ankiet ewaluacyjnych przeprowadzonych wśród wszystkich grup społeczności szkolnej;</w:t>
      </w:r>
    </w:p>
    <w:p w14:paraId="2FD81600" w14:textId="77777777" w:rsidR="0012600E" w:rsidRDefault="00000000">
      <w:pPr>
        <w:pStyle w:val="Listapunktowana"/>
      </w:pPr>
      <w:r>
        <w:t>dokumentacja wydarzeń, zapisy w dziennikach, sprawozdania i fotorelacje.</w:t>
      </w:r>
    </w:p>
    <w:p w14:paraId="0FD0D5F8" w14:textId="77777777" w:rsidR="0012600E" w:rsidRDefault="00000000">
      <w:pPr>
        <w:pStyle w:val="Nagwek3"/>
      </w:pPr>
      <w:r>
        <w:t>b) Jak sprawdzimy, czy osiągnięto cel?</w:t>
      </w:r>
    </w:p>
    <w:p w14:paraId="59AD4802" w14:textId="77777777" w:rsidR="0012600E" w:rsidRDefault="00000000">
      <w:r>
        <w:t>Dokonana zostanie analiza ankiet ewaluacyjnych, frekwencji podczas przedsięwzięć, dokumentacji szkolnej oraz sprawozdań z realizacji poszczególnych zadań. Wychowawcy, nauczyciele i terapeuci dokonają również obserwacji zaangażowania uczniów oraz ich funkcjonowania podczas działań wymagających współpracy i komunikacji.</w:t>
      </w:r>
    </w:p>
    <w:p w14:paraId="67B0686A" w14:textId="77777777" w:rsidR="0012600E" w:rsidRDefault="00000000">
      <w:pPr>
        <w:pStyle w:val="Nagwek3"/>
      </w:pPr>
      <w:r>
        <w:t>c) Kto i kiedy sprawdzi, czy osiągnięto cel?</w:t>
      </w:r>
    </w:p>
    <w:p w14:paraId="75A295BA" w14:textId="77777777" w:rsidR="0012600E" w:rsidRDefault="00000000">
      <w:r>
        <w:t>Sprawdzeniem osiągnięcia celu zajmie się Szkolny Zespół ds. Promocji Zdrowia we współpracy z wychowawcami, nauczycielami, terapeutami, pedagogiem i psychologiem szkolnym. Podsumowanie zostanie przeprowadzone w maju i czerwcu 2027 r.</w:t>
      </w:r>
    </w:p>
    <w:p w14:paraId="7956FDFF" w14:textId="77777777" w:rsidR="0012600E" w:rsidRDefault="00000000">
      <w:pPr>
        <w:pStyle w:val="Nagwek1"/>
      </w:pPr>
      <w:r>
        <w:lastRenderedPageBreak/>
        <w:t>II. ZADANIA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473"/>
        <w:gridCol w:w="1559"/>
        <w:gridCol w:w="1473"/>
        <w:gridCol w:w="1473"/>
        <w:gridCol w:w="1473"/>
        <w:gridCol w:w="1473"/>
        <w:gridCol w:w="1473"/>
      </w:tblGrid>
      <w:tr w:rsidR="0012600E" w14:paraId="5AE9BA74" w14:textId="77777777">
        <w:trPr>
          <w:tblHeader/>
          <w:jc w:val="center"/>
        </w:trPr>
        <w:tc>
          <w:tcPr>
            <w:tcW w:w="1473" w:type="dxa"/>
            <w:vAlign w:val="center"/>
          </w:tcPr>
          <w:p w14:paraId="195B2264" w14:textId="77777777" w:rsidR="0012600E" w:rsidRDefault="00000000">
            <w:r>
              <w:rPr>
                <w:b/>
                <w:sz w:val="16"/>
              </w:rPr>
              <w:t>Nazwa zadania</w:t>
            </w:r>
          </w:p>
        </w:tc>
        <w:tc>
          <w:tcPr>
            <w:tcW w:w="1473" w:type="dxa"/>
            <w:vAlign w:val="center"/>
          </w:tcPr>
          <w:p w14:paraId="58430874" w14:textId="77777777" w:rsidR="0012600E" w:rsidRDefault="00000000">
            <w:r>
              <w:rPr>
                <w:b/>
                <w:sz w:val="16"/>
              </w:rPr>
              <w:t>Kryterium sukcesu</w:t>
            </w:r>
          </w:p>
        </w:tc>
        <w:tc>
          <w:tcPr>
            <w:tcW w:w="1473" w:type="dxa"/>
            <w:vAlign w:val="center"/>
          </w:tcPr>
          <w:p w14:paraId="1EA837D7" w14:textId="77777777" w:rsidR="0012600E" w:rsidRDefault="00000000">
            <w:r>
              <w:rPr>
                <w:b/>
                <w:sz w:val="16"/>
              </w:rPr>
              <w:t>Sposób realizacji</w:t>
            </w:r>
          </w:p>
        </w:tc>
        <w:tc>
          <w:tcPr>
            <w:tcW w:w="1473" w:type="dxa"/>
            <w:vAlign w:val="center"/>
          </w:tcPr>
          <w:p w14:paraId="3672E396" w14:textId="77777777" w:rsidR="0012600E" w:rsidRDefault="00000000">
            <w:r>
              <w:rPr>
                <w:b/>
                <w:sz w:val="16"/>
              </w:rPr>
              <w:t>Okres/termin realizacji</w:t>
            </w:r>
          </w:p>
        </w:tc>
        <w:tc>
          <w:tcPr>
            <w:tcW w:w="1473" w:type="dxa"/>
            <w:vAlign w:val="center"/>
          </w:tcPr>
          <w:p w14:paraId="7091B8F9" w14:textId="77777777" w:rsidR="0012600E" w:rsidRDefault="00000000">
            <w:r>
              <w:rPr>
                <w:b/>
                <w:sz w:val="16"/>
              </w:rPr>
              <w:t>Osoba odpowiedzialna</w:t>
            </w:r>
          </w:p>
        </w:tc>
        <w:tc>
          <w:tcPr>
            <w:tcW w:w="1473" w:type="dxa"/>
            <w:vAlign w:val="center"/>
          </w:tcPr>
          <w:p w14:paraId="21720D3D" w14:textId="77777777" w:rsidR="0012600E" w:rsidRDefault="00000000">
            <w:r>
              <w:rPr>
                <w:b/>
                <w:sz w:val="16"/>
              </w:rPr>
              <w:t>Środki</w:t>
            </w:r>
          </w:p>
        </w:tc>
        <w:tc>
          <w:tcPr>
            <w:tcW w:w="1473" w:type="dxa"/>
            <w:vAlign w:val="center"/>
          </w:tcPr>
          <w:p w14:paraId="2F729C7A" w14:textId="77777777" w:rsidR="0012600E" w:rsidRDefault="00000000">
            <w:r>
              <w:rPr>
                <w:b/>
                <w:sz w:val="16"/>
              </w:rPr>
              <w:t>Sposoby sprawdzenia wykonanego zadania</w:t>
            </w:r>
          </w:p>
        </w:tc>
      </w:tr>
      <w:tr w:rsidR="0012600E" w14:paraId="7CD8EF61" w14:textId="77777777">
        <w:trPr>
          <w:jc w:val="center"/>
        </w:trPr>
        <w:tc>
          <w:tcPr>
            <w:tcW w:w="1473" w:type="dxa"/>
          </w:tcPr>
          <w:p w14:paraId="53A2CE94" w14:textId="77777777" w:rsidR="0012600E" w:rsidRDefault="00000000">
            <w:r>
              <w:rPr>
                <w:sz w:val="15"/>
              </w:rPr>
              <w:t>Spotkanie członków zespołu SzPZ - omówienie planu na rok szkolny 2026/2027.</w:t>
            </w:r>
          </w:p>
        </w:tc>
        <w:tc>
          <w:tcPr>
            <w:tcW w:w="1473" w:type="dxa"/>
          </w:tcPr>
          <w:p w14:paraId="27DBE6D3" w14:textId="77777777" w:rsidR="0012600E" w:rsidRDefault="00000000">
            <w:r>
              <w:rPr>
                <w:sz w:val="15"/>
              </w:rPr>
              <w:t>Udział min. 80% członków zespołu.</w:t>
            </w:r>
          </w:p>
        </w:tc>
        <w:tc>
          <w:tcPr>
            <w:tcW w:w="1473" w:type="dxa"/>
          </w:tcPr>
          <w:p w14:paraId="3A32E513" w14:textId="77777777" w:rsidR="0012600E" w:rsidRDefault="00000000">
            <w:r>
              <w:rPr>
                <w:sz w:val="15"/>
              </w:rPr>
              <w:t>Omówienie wyników ewaluacji, nowego priorytetu, planowanych działań i podział zadań.</w:t>
            </w:r>
          </w:p>
        </w:tc>
        <w:tc>
          <w:tcPr>
            <w:tcW w:w="1473" w:type="dxa"/>
          </w:tcPr>
          <w:p w14:paraId="4D8ADB20" w14:textId="77777777" w:rsidR="0012600E" w:rsidRDefault="00000000">
            <w:r>
              <w:rPr>
                <w:sz w:val="15"/>
              </w:rPr>
              <w:t>IX 2026</w:t>
            </w:r>
          </w:p>
        </w:tc>
        <w:tc>
          <w:tcPr>
            <w:tcW w:w="1473" w:type="dxa"/>
          </w:tcPr>
          <w:p w14:paraId="63053091" w14:textId="77777777" w:rsidR="0012600E" w:rsidRDefault="00000000">
            <w:r>
              <w:rPr>
                <w:sz w:val="15"/>
              </w:rPr>
              <w:t>Koordynator, Zespół SzPZ</w:t>
            </w:r>
          </w:p>
        </w:tc>
        <w:tc>
          <w:tcPr>
            <w:tcW w:w="1473" w:type="dxa"/>
          </w:tcPr>
          <w:p w14:paraId="592511A0" w14:textId="77777777" w:rsidR="0012600E" w:rsidRDefault="00000000">
            <w:r>
              <w:rPr>
                <w:sz w:val="15"/>
              </w:rPr>
              <w:t>Materiały biurowe</w:t>
            </w:r>
          </w:p>
        </w:tc>
        <w:tc>
          <w:tcPr>
            <w:tcW w:w="1473" w:type="dxa"/>
          </w:tcPr>
          <w:p w14:paraId="7E2216FD" w14:textId="77777777" w:rsidR="0012600E" w:rsidRDefault="00000000">
            <w:r>
              <w:rPr>
                <w:sz w:val="15"/>
              </w:rPr>
              <w:t>Lista obecności, dokumentacja zespołu.</w:t>
            </w:r>
          </w:p>
        </w:tc>
      </w:tr>
      <w:tr w:rsidR="0012600E" w14:paraId="61AA0934" w14:textId="77777777">
        <w:trPr>
          <w:jc w:val="center"/>
        </w:trPr>
        <w:tc>
          <w:tcPr>
            <w:tcW w:w="1473" w:type="dxa"/>
          </w:tcPr>
          <w:p w14:paraId="296445AA" w14:textId="77777777" w:rsidR="0012600E" w:rsidRDefault="00000000">
            <w:r>
              <w:rPr>
                <w:sz w:val="15"/>
              </w:rPr>
              <w:t>Przedstawienie rodzicom i pracownikom planu działań SzPZ.</w:t>
            </w:r>
          </w:p>
        </w:tc>
        <w:tc>
          <w:tcPr>
            <w:tcW w:w="1473" w:type="dxa"/>
          </w:tcPr>
          <w:p w14:paraId="06D1541E" w14:textId="77777777" w:rsidR="0012600E" w:rsidRDefault="00000000">
            <w:r>
              <w:rPr>
                <w:sz w:val="15"/>
              </w:rPr>
              <w:t>Informacja przekazana rodzicom wszystkich klas oraz pracownikom szkoły.</w:t>
            </w:r>
          </w:p>
        </w:tc>
        <w:tc>
          <w:tcPr>
            <w:tcW w:w="1473" w:type="dxa"/>
          </w:tcPr>
          <w:p w14:paraId="2794AFB5" w14:textId="77777777" w:rsidR="0012600E" w:rsidRDefault="00000000">
            <w:r>
              <w:rPr>
                <w:sz w:val="15"/>
              </w:rPr>
              <w:t>Omówienie planu podczas zebrań, Rady Pedagogicznej oraz publikacja informacji na stronie szkoły.</w:t>
            </w:r>
          </w:p>
        </w:tc>
        <w:tc>
          <w:tcPr>
            <w:tcW w:w="1473" w:type="dxa"/>
          </w:tcPr>
          <w:p w14:paraId="0E257E0F" w14:textId="77777777" w:rsidR="0012600E" w:rsidRDefault="00000000">
            <w:r>
              <w:rPr>
                <w:sz w:val="15"/>
              </w:rPr>
              <w:t>IX-X 2026</w:t>
            </w:r>
          </w:p>
        </w:tc>
        <w:tc>
          <w:tcPr>
            <w:tcW w:w="1473" w:type="dxa"/>
          </w:tcPr>
          <w:p w14:paraId="4F61CDFB" w14:textId="77777777" w:rsidR="0012600E" w:rsidRDefault="00000000">
            <w:r>
              <w:rPr>
                <w:sz w:val="15"/>
              </w:rPr>
              <w:t>Dyrekcja, koordynator, wychowawcy</w:t>
            </w:r>
          </w:p>
        </w:tc>
        <w:tc>
          <w:tcPr>
            <w:tcW w:w="1473" w:type="dxa"/>
          </w:tcPr>
          <w:p w14:paraId="7627E96D" w14:textId="77777777" w:rsidR="0012600E" w:rsidRDefault="00000000">
            <w:r>
              <w:rPr>
                <w:sz w:val="15"/>
              </w:rPr>
              <w:t>Materiały informacyjne, strona internetowa</w:t>
            </w:r>
          </w:p>
        </w:tc>
        <w:tc>
          <w:tcPr>
            <w:tcW w:w="1473" w:type="dxa"/>
          </w:tcPr>
          <w:p w14:paraId="7432F33B" w14:textId="77777777" w:rsidR="0012600E" w:rsidRDefault="00000000">
            <w:r>
              <w:rPr>
                <w:sz w:val="15"/>
              </w:rPr>
              <w:t>Zapisy w dokumentacji, publikacja.</w:t>
            </w:r>
          </w:p>
        </w:tc>
      </w:tr>
      <w:tr w:rsidR="0012600E" w14:paraId="61745B0C" w14:textId="77777777">
        <w:trPr>
          <w:jc w:val="center"/>
        </w:trPr>
        <w:tc>
          <w:tcPr>
            <w:tcW w:w="1473" w:type="dxa"/>
          </w:tcPr>
          <w:p w14:paraId="533009F3" w14:textId="77777777" w:rsidR="0012600E" w:rsidRDefault="00000000">
            <w:r>
              <w:rPr>
                <w:sz w:val="15"/>
              </w:rPr>
              <w:t>„Porozmawiajmy o naszej szkole” - zajęcia na godzinach wychowawczych.</w:t>
            </w:r>
          </w:p>
        </w:tc>
        <w:tc>
          <w:tcPr>
            <w:tcW w:w="1473" w:type="dxa"/>
          </w:tcPr>
          <w:p w14:paraId="74FA84FE" w14:textId="77777777" w:rsidR="0012600E" w:rsidRDefault="00000000">
            <w:r>
              <w:rPr>
                <w:sz w:val="15"/>
              </w:rPr>
              <w:t>Zajęcia przeprowadzone w min. 80% klas.</w:t>
            </w:r>
          </w:p>
        </w:tc>
        <w:tc>
          <w:tcPr>
            <w:tcW w:w="1473" w:type="dxa"/>
          </w:tcPr>
          <w:p w14:paraId="49CCFCAF" w14:textId="77777777" w:rsidR="0012600E" w:rsidRDefault="00000000">
            <w:r>
              <w:rPr>
                <w:sz w:val="15"/>
              </w:rPr>
              <w:t>Rozmowy kierowane: co lubię w szkole, co pomaga mi czuć się dobrze, jak możemy sobie pomagać, co możemy robić wspólnie. Wykorzystanie PJM, obrazów, piktogramów, symboli i kart wyboru.</w:t>
            </w:r>
          </w:p>
        </w:tc>
        <w:tc>
          <w:tcPr>
            <w:tcW w:w="1473" w:type="dxa"/>
          </w:tcPr>
          <w:p w14:paraId="58069B84" w14:textId="77777777" w:rsidR="0012600E" w:rsidRDefault="00000000">
            <w:r>
              <w:rPr>
                <w:sz w:val="15"/>
              </w:rPr>
              <w:t>X-XI 2026</w:t>
            </w:r>
          </w:p>
        </w:tc>
        <w:tc>
          <w:tcPr>
            <w:tcW w:w="1473" w:type="dxa"/>
          </w:tcPr>
          <w:p w14:paraId="1088FDE8" w14:textId="77777777" w:rsidR="0012600E" w:rsidRDefault="00000000">
            <w:r>
              <w:rPr>
                <w:sz w:val="15"/>
              </w:rPr>
              <w:t>Wychowawcy, terapeuci</w:t>
            </w:r>
          </w:p>
        </w:tc>
        <w:tc>
          <w:tcPr>
            <w:tcW w:w="1473" w:type="dxa"/>
          </w:tcPr>
          <w:p w14:paraId="728176C8" w14:textId="77777777" w:rsidR="0012600E" w:rsidRDefault="00000000">
            <w:r>
              <w:rPr>
                <w:sz w:val="15"/>
              </w:rPr>
              <w:t>Karty pracy, piktogramy, multimedia</w:t>
            </w:r>
          </w:p>
        </w:tc>
        <w:tc>
          <w:tcPr>
            <w:tcW w:w="1473" w:type="dxa"/>
          </w:tcPr>
          <w:p w14:paraId="6BB6DE20" w14:textId="77777777" w:rsidR="0012600E" w:rsidRDefault="00000000">
            <w:r>
              <w:rPr>
                <w:sz w:val="15"/>
              </w:rPr>
              <w:t>Zapisy w dzienniku.</w:t>
            </w:r>
          </w:p>
        </w:tc>
      </w:tr>
      <w:tr w:rsidR="0012600E" w14:paraId="1DB12CC9" w14:textId="77777777">
        <w:trPr>
          <w:jc w:val="center"/>
        </w:trPr>
        <w:tc>
          <w:tcPr>
            <w:tcW w:w="1473" w:type="dxa"/>
          </w:tcPr>
          <w:p w14:paraId="47D5CB14" w14:textId="77777777" w:rsidR="0012600E" w:rsidRDefault="00000000">
            <w:r>
              <w:rPr>
                <w:sz w:val="15"/>
              </w:rPr>
              <w:t>Tydzień Relacji i Życzliwości.</w:t>
            </w:r>
          </w:p>
        </w:tc>
        <w:tc>
          <w:tcPr>
            <w:tcW w:w="1473" w:type="dxa"/>
          </w:tcPr>
          <w:p w14:paraId="6FDC916F" w14:textId="77777777" w:rsidR="0012600E" w:rsidRDefault="00000000">
            <w:r>
              <w:rPr>
                <w:sz w:val="15"/>
              </w:rPr>
              <w:t>Udział min. 70% uczniów.</w:t>
            </w:r>
          </w:p>
        </w:tc>
        <w:tc>
          <w:tcPr>
            <w:tcW w:w="1473" w:type="dxa"/>
          </w:tcPr>
          <w:p w14:paraId="7BC440FD" w14:textId="77777777" w:rsidR="0012600E" w:rsidRDefault="00000000">
            <w:r>
              <w:rPr>
                <w:sz w:val="15"/>
              </w:rPr>
              <w:t>Wspólne zadania, działania klasowe, pomoc koleżeńska, zabawy i ćwiczenia wzmacniające pozytywne relacje.</w:t>
            </w:r>
          </w:p>
        </w:tc>
        <w:tc>
          <w:tcPr>
            <w:tcW w:w="1473" w:type="dxa"/>
          </w:tcPr>
          <w:p w14:paraId="32FE18E1" w14:textId="77777777" w:rsidR="0012600E" w:rsidRDefault="00000000">
            <w:r>
              <w:rPr>
                <w:sz w:val="15"/>
              </w:rPr>
              <w:t>XI 2026</w:t>
            </w:r>
          </w:p>
        </w:tc>
        <w:tc>
          <w:tcPr>
            <w:tcW w:w="1473" w:type="dxa"/>
          </w:tcPr>
          <w:p w14:paraId="6719FF8F" w14:textId="77777777" w:rsidR="00A20AB5" w:rsidRDefault="00000000">
            <w:pPr>
              <w:rPr>
                <w:sz w:val="15"/>
              </w:rPr>
            </w:pPr>
            <w:r>
              <w:rPr>
                <w:sz w:val="15"/>
              </w:rPr>
              <w:t xml:space="preserve">Pedagog, </w:t>
            </w:r>
            <w:proofErr w:type="spellStart"/>
            <w:r>
              <w:rPr>
                <w:sz w:val="15"/>
              </w:rPr>
              <w:t>psycholog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wychowawcy</w:t>
            </w:r>
            <w:proofErr w:type="spellEnd"/>
            <w:r w:rsidR="00A20AB5">
              <w:rPr>
                <w:sz w:val="15"/>
              </w:rPr>
              <w:t>.</w:t>
            </w:r>
          </w:p>
          <w:p w14:paraId="6C43B732" w14:textId="63B6EA5B" w:rsidR="0012600E" w:rsidRDefault="00A20AB5">
            <w:pPr>
              <w:rPr>
                <w:sz w:val="15"/>
              </w:rPr>
            </w:pPr>
            <w:proofErr w:type="spellStart"/>
            <w:proofErr w:type="gramStart"/>
            <w:r>
              <w:rPr>
                <w:sz w:val="15"/>
              </w:rPr>
              <w:t>Odpowiedzialna</w:t>
            </w:r>
            <w:proofErr w:type="spellEnd"/>
            <w:r>
              <w:rPr>
                <w:sz w:val="15"/>
              </w:rPr>
              <w:t xml:space="preserve"> :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proofErr w:type="gramStart"/>
            <w:r>
              <w:rPr>
                <w:sz w:val="15"/>
              </w:rPr>
              <w:t>E</w:t>
            </w:r>
            <w:r w:rsidR="007D6D25">
              <w:rPr>
                <w:sz w:val="15"/>
              </w:rPr>
              <w:t>.</w:t>
            </w:r>
            <w:r>
              <w:rPr>
                <w:sz w:val="15"/>
              </w:rPr>
              <w:t>Basaj</w:t>
            </w:r>
            <w:proofErr w:type="spellEnd"/>
            <w:proofErr w:type="gramEnd"/>
            <w:r w:rsidR="007D6D25">
              <w:rPr>
                <w:sz w:val="15"/>
              </w:rPr>
              <w:t xml:space="preserve"> - Hadam</w:t>
            </w:r>
            <w:r>
              <w:rPr>
                <w:sz w:val="15"/>
              </w:rPr>
              <w:t xml:space="preserve"> E</w:t>
            </w:r>
            <w:r w:rsidR="007D6D25">
              <w:rPr>
                <w:sz w:val="15"/>
              </w:rPr>
              <w:t>.</w:t>
            </w:r>
            <w:r>
              <w:rPr>
                <w:sz w:val="15"/>
              </w:rPr>
              <w:t xml:space="preserve"> Maciejewska</w:t>
            </w:r>
          </w:p>
          <w:p w14:paraId="50A6CBEB" w14:textId="39A6A0AF" w:rsidR="007D6D25" w:rsidRDefault="007D6D25">
            <w:pPr>
              <w:rPr>
                <w:sz w:val="15"/>
              </w:rPr>
            </w:pPr>
            <w:proofErr w:type="spellStart"/>
            <w:proofErr w:type="gramStart"/>
            <w:r>
              <w:rPr>
                <w:sz w:val="15"/>
              </w:rPr>
              <w:t>A.Pilińska</w:t>
            </w:r>
            <w:proofErr w:type="spellEnd"/>
            <w:proofErr w:type="gramEnd"/>
          </w:p>
          <w:p w14:paraId="6B878D06" w14:textId="5B1AC977" w:rsidR="007D6D25" w:rsidRDefault="007D6D25">
            <w:pPr>
              <w:rPr>
                <w:sz w:val="15"/>
              </w:rPr>
            </w:pPr>
            <w:proofErr w:type="spellStart"/>
            <w:proofErr w:type="gramStart"/>
            <w:r>
              <w:rPr>
                <w:sz w:val="15"/>
              </w:rPr>
              <w:t>E.Dłuś</w:t>
            </w:r>
            <w:proofErr w:type="spellEnd"/>
            <w:proofErr w:type="gramEnd"/>
          </w:p>
          <w:p w14:paraId="590D4A07" w14:textId="366571D6" w:rsidR="00A20AB5" w:rsidRDefault="00A20AB5"/>
        </w:tc>
        <w:tc>
          <w:tcPr>
            <w:tcW w:w="1473" w:type="dxa"/>
          </w:tcPr>
          <w:p w14:paraId="6DDDC3A9" w14:textId="77777777" w:rsidR="0012600E" w:rsidRDefault="00000000">
            <w:r>
              <w:rPr>
                <w:sz w:val="15"/>
              </w:rPr>
              <w:t>Materiały plastyczne i edukacyjne</w:t>
            </w:r>
          </w:p>
        </w:tc>
        <w:tc>
          <w:tcPr>
            <w:tcW w:w="1473" w:type="dxa"/>
          </w:tcPr>
          <w:p w14:paraId="6FA8116B" w14:textId="77777777" w:rsidR="0012600E" w:rsidRDefault="00000000">
            <w:r>
              <w:rPr>
                <w:sz w:val="15"/>
              </w:rPr>
              <w:t>Fotorelacja, zapis w dzienniku.</w:t>
            </w:r>
          </w:p>
        </w:tc>
      </w:tr>
      <w:tr w:rsidR="0012600E" w14:paraId="37C92C71" w14:textId="77777777">
        <w:trPr>
          <w:jc w:val="center"/>
        </w:trPr>
        <w:tc>
          <w:tcPr>
            <w:tcW w:w="1473" w:type="dxa"/>
          </w:tcPr>
          <w:p w14:paraId="310FD8B0" w14:textId="77777777" w:rsidR="0012600E" w:rsidRDefault="00000000">
            <w:r>
              <w:rPr>
                <w:sz w:val="15"/>
              </w:rPr>
              <w:t>Wspólne działania zespołów terapeutycznych.</w:t>
            </w:r>
          </w:p>
        </w:tc>
        <w:tc>
          <w:tcPr>
            <w:tcW w:w="1473" w:type="dxa"/>
          </w:tcPr>
          <w:p w14:paraId="47F89E38" w14:textId="77777777" w:rsidR="0012600E" w:rsidRDefault="00000000">
            <w:r>
              <w:rPr>
                <w:sz w:val="15"/>
              </w:rPr>
              <w:t>Minimum 2 wspólne przedsięwzięcia w roku.</w:t>
            </w:r>
          </w:p>
        </w:tc>
        <w:tc>
          <w:tcPr>
            <w:tcW w:w="1473" w:type="dxa"/>
          </w:tcPr>
          <w:p w14:paraId="27DAB2B8" w14:textId="77777777" w:rsidR="0012600E" w:rsidRDefault="00000000">
            <w:r>
              <w:rPr>
                <w:sz w:val="15"/>
              </w:rPr>
              <w:t>Łączenie zespołów podczas zajęć kulinarnych, muzycznych, plastycznych, sensorycznych, ruchowych, ogrodniczych lub innych działań praktycznych.</w:t>
            </w:r>
          </w:p>
        </w:tc>
        <w:tc>
          <w:tcPr>
            <w:tcW w:w="1473" w:type="dxa"/>
          </w:tcPr>
          <w:p w14:paraId="0C0717A9" w14:textId="77777777" w:rsidR="0012600E" w:rsidRDefault="00000000">
            <w:r>
              <w:rPr>
                <w:sz w:val="15"/>
              </w:rPr>
              <w:t>Cały rok</w:t>
            </w:r>
          </w:p>
        </w:tc>
        <w:tc>
          <w:tcPr>
            <w:tcW w:w="1473" w:type="dxa"/>
          </w:tcPr>
          <w:p w14:paraId="5F2321F2" w14:textId="77777777" w:rsidR="007D6D25" w:rsidRDefault="00000000">
            <w:pPr>
              <w:rPr>
                <w:sz w:val="15"/>
              </w:rPr>
            </w:pPr>
            <w:proofErr w:type="spellStart"/>
            <w:r>
              <w:rPr>
                <w:sz w:val="15"/>
              </w:rPr>
              <w:t>Wychowawcy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zespołów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terapeuci</w:t>
            </w:r>
            <w:proofErr w:type="spellEnd"/>
            <w:r w:rsidR="00A20AB5">
              <w:rPr>
                <w:sz w:val="15"/>
              </w:rPr>
              <w:t xml:space="preserve">. </w:t>
            </w:r>
            <w:proofErr w:type="spellStart"/>
            <w:proofErr w:type="gramStart"/>
            <w:r w:rsidR="00A20AB5">
              <w:rPr>
                <w:sz w:val="15"/>
              </w:rPr>
              <w:t>A.Maciejewska</w:t>
            </w:r>
            <w:proofErr w:type="spellEnd"/>
            <w:proofErr w:type="gramEnd"/>
            <w:r w:rsidR="00A20AB5">
              <w:rPr>
                <w:sz w:val="15"/>
              </w:rPr>
              <w:t xml:space="preserve"> </w:t>
            </w:r>
            <w:proofErr w:type="spellStart"/>
            <w:proofErr w:type="gramStart"/>
            <w:r w:rsidR="00A20AB5">
              <w:rPr>
                <w:sz w:val="15"/>
              </w:rPr>
              <w:t>K.Penkowska</w:t>
            </w:r>
            <w:proofErr w:type="spellEnd"/>
            <w:proofErr w:type="gramEnd"/>
            <w:r w:rsidR="00A20AB5">
              <w:rPr>
                <w:sz w:val="15"/>
              </w:rPr>
              <w:t xml:space="preserve"> </w:t>
            </w:r>
          </w:p>
          <w:p w14:paraId="2A07C1F3" w14:textId="074AE440" w:rsidR="0012600E" w:rsidRDefault="00A20AB5">
            <w:pPr>
              <w:rPr>
                <w:sz w:val="15"/>
              </w:rPr>
            </w:pPr>
            <w:r>
              <w:rPr>
                <w:sz w:val="15"/>
              </w:rPr>
              <w:t xml:space="preserve">A </w:t>
            </w:r>
            <w:proofErr w:type="spellStart"/>
            <w:r>
              <w:rPr>
                <w:sz w:val="15"/>
              </w:rPr>
              <w:t>Bisewska</w:t>
            </w:r>
            <w:proofErr w:type="spellEnd"/>
          </w:p>
          <w:p w14:paraId="07236792" w14:textId="1A32D636" w:rsidR="00A20AB5" w:rsidRDefault="00A20AB5" w:rsidP="00A20AB5"/>
        </w:tc>
        <w:tc>
          <w:tcPr>
            <w:tcW w:w="1473" w:type="dxa"/>
          </w:tcPr>
          <w:p w14:paraId="7448EFDA" w14:textId="77777777" w:rsidR="0012600E" w:rsidRDefault="00000000">
            <w:r>
              <w:rPr>
                <w:sz w:val="15"/>
              </w:rPr>
              <w:t>Materiały odpowiednie do zajęć</w:t>
            </w:r>
          </w:p>
        </w:tc>
        <w:tc>
          <w:tcPr>
            <w:tcW w:w="1473" w:type="dxa"/>
          </w:tcPr>
          <w:p w14:paraId="2D2677A8" w14:textId="77777777" w:rsidR="0012600E" w:rsidRDefault="00000000">
            <w:r>
              <w:rPr>
                <w:sz w:val="15"/>
              </w:rPr>
              <w:t>Fotorelacja, dzienniki.</w:t>
            </w:r>
          </w:p>
        </w:tc>
      </w:tr>
      <w:tr w:rsidR="0012600E" w14:paraId="02EF9F7F" w14:textId="77777777">
        <w:trPr>
          <w:jc w:val="center"/>
        </w:trPr>
        <w:tc>
          <w:tcPr>
            <w:tcW w:w="1473" w:type="dxa"/>
          </w:tcPr>
          <w:p w14:paraId="3BBABEAC" w14:textId="77777777" w:rsidR="0012600E" w:rsidRDefault="00000000">
            <w:r>
              <w:rPr>
                <w:sz w:val="15"/>
              </w:rPr>
              <w:t>Wyjścia i wyjazdy integracyjne klas i zespołów terapeutycznych.</w:t>
            </w:r>
          </w:p>
        </w:tc>
        <w:tc>
          <w:tcPr>
            <w:tcW w:w="1473" w:type="dxa"/>
          </w:tcPr>
          <w:p w14:paraId="06319B3D" w14:textId="77777777" w:rsidR="0012600E" w:rsidRDefault="00000000">
            <w:r>
              <w:rPr>
                <w:sz w:val="15"/>
              </w:rPr>
              <w:t>Każda klasa/zespół uczestniczy w min. 1 wyjściu lub wyjeździe integracyjnym.</w:t>
            </w:r>
          </w:p>
        </w:tc>
        <w:tc>
          <w:tcPr>
            <w:tcW w:w="1473" w:type="dxa"/>
          </w:tcPr>
          <w:p w14:paraId="381D22F7" w14:textId="77777777" w:rsidR="0012600E" w:rsidRDefault="00000000">
            <w:r>
              <w:rPr>
                <w:sz w:val="15"/>
              </w:rPr>
              <w:t>Wycieczki, kino, teatr, muzeum, wydarzenia kulturalne, rekreacyjne, zajęcia terenowe.</w:t>
            </w:r>
          </w:p>
        </w:tc>
        <w:tc>
          <w:tcPr>
            <w:tcW w:w="1473" w:type="dxa"/>
          </w:tcPr>
          <w:p w14:paraId="50D33339" w14:textId="77777777" w:rsidR="0012600E" w:rsidRDefault="00000000">
            <w:r>
              <w:rPr>
                <w:sz w:val="15"/>
              </w:rPr>
              <w:t>Cały rok</w:t>
            </w:r>
          </w:p>
        </w:tc>
        <w:tc>
          <w:tcPr>
            <w:tcW w:w="1473" w:type="dxa"/>
          </w:tcPr>
          <w:p w14:paraId="64EAC36A" w14:textId="77777777" w:rsidR="007D6D25" w:rsidRDefault="00000000">
            <w:pPr>
              <w:rPr>
                <w:sz w:val="15"/>
              </w:rPr>
            </w:pPr>
            <w:proofErr w:type="spellStart"/>
            <w:r>
              <w:rPr>
                <w:sz w:val="15"/>
              </w:rPr>
              <w:t>Wychowawcy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nauczyciele</w:t>
            </w:r>
            <w:proofErr w:type="spellEnd"/>
            <w:r w:rsidR="007D6D25">
              <w:rPr>
                <w:sz w:val="15"/>
              </w:rPr>
              <w:t xml:space="preserve">: </w:t>
            </w:r>
            <w:proofErr w:type="spellStart"/>
            <w:proofErr w:type="gramStart"/>
            <w:r w:rsidR="007D6D25">
              <w:rPr>
                <w:sz w:val="15"/>
              </w:rPr>
              <w:t>A.Maciejewska</w:t>
            </w:r>
            <w:proofErr w:type="spellEnd"/>
            <w:proofErr w:type="gramEnd"/>
          </w:p>
          <w:p w14:paraId="002C1CA5" w14:textId="77777777" w:rsidR="007D6D25" w:rsidRDefault="007D6D25">
            <w:pPr>
              <w:rPr>
                <w:sz w:val="15"/>
              </w:rPr>
            </w:pPr>
            <w:proofErr w:type="spellStart"/>
            <w:proofErr w:type="gramStart"/>
            <w:r>
              <w:rPr>
                <w:sz w:val="15"/>
              </w:rPr>
              <w:t>K.Penkowska</w:t>
            </w:r>
            <w:proofErr w:type="spellEnd"/>
            <w:proofErr w:type="gramEnd"/>
          </w:p>
          <w:p w14:paraId="5160F536" w14:textId="638D8411" w:rsidR="007D6D25" w:rsidRPr="007D6D25" w:rsidRDefault="007D6D25">
            <w:pPr>
              <w:rPr>
                <w:sz w:val="15"/>
              </w:rPr>
            </w:pPr>
            <w:r>
              <w:rPr>
                <w:sz w:val="15"/>
              </w:rPr>
              <w:t xml:space="preserve">A. </w:t>
            </w:r>
            <w:proofErr w:type="spellStart"/>
            <w:r>
              <w:rPr>
                <w:sz w:val="15"/>
              </w:rPr>
              <w:t>Bisewska</w:t>
            </w:r>
            <w:proofErr w:type="spellEnd"/>
          </w:p>
        </w:tc>
        <w:tc>
          <w:tcPr>
            <w:tcW w:w="1473" w:type="dxa"/>
          </w:tcPr>
          <w:p w14:paraId="0FABFADA" w14:textId="77777777" w:rsidR="0012600E" w:rsidRDefault="00000000">
            <w:r>
              <w:rPr>
                <w:sz w:val="15"/>
              </w:rPr>
              <w:t>Transport, bilety</w:t>
            </w:r>
          </w:p>
        </w:tc>
        <w:tc>
          <w:tcPr>
            <w:tcW w:w="1473" w:type="dxa"/>
          </w:tcPr>
          <w:p w14:paraId="53C335B1" w14:textId="77777777" w:rsidR="0012600E" w:rsidRDefault="00000000">
            <w:r>
              <w:rPr>
                <w:sz w:val="15"/>
              </w:rPr>
              <w:t>Karty wycieczek, fotorelacja.</w:t>
            </w:r>
          </w:p>
        </w:tc>
      </w:tr>
      <w:tr w:rsidR="0012600E" w14:paraId="0764270B" w14:textId="77777777">
        <w:trPr>
          <w:jc w:val="center"/>
        </w:trPr>
        <w:tc>
          <w:tcPr>
            <w:tcW w:w="1473" w:type="dxa"/>
          </w:tcPr>
          <w:p w14:paraId="3DC67698" w14:textId="77777777" w:rsidR="0012600E" w:rsidRDefault="00000000">
            <w:r>
              <w:rPr>
                <w:sz w:val="15"/>
              </w:rPr>
              <w:t>Wspólne działania uczniów z różnych klas i zespołów.</w:t>
            </w:r>
          </w:p>
        </w:tc>
        <w:tc>
          <w:tcPr>
            <w:tcW w:w="1473" w:type="dxa"/>
          </w:tcPr>
          <w:p w14:paraId="01C08C8D" w14:textId="77777777" w:rsidR="0012600E" w:rsidRDefault="00000000">
            <w:r>
              <w:rPr>
                <w:sz w:val="15"/>
              </w:rPr>
              <w:t>Minimum 3 działania w roku.</w:t>
            </w:r>
          </w:p>
        </w:tc>
        <w:tc>
          <w:tcPr>
            <w:tcW w:w="1473" w:type="dxa"/>
          </w:tcPr>
          <w:p w14:paraId="52DCB3D8" w14:textId="77777777" w:rsidR="0012600E" w:rsidRDefault="00000000">
            <w:r>
              <w:rPr>
                <w:sz w:val="15"/>
              </w:rPr>
              <w:t>Zajęcia artystyczne, muzyczne, sportowe, kulinarne, ekologiczne i inne przedsięwzięcia wymagające współpracy.</w:t>
            </w:r>
          </w:p>
        </w:tc>
        <w:tc>
          <w:tcPr>
            <w:tcW w:w="1473" w:type="dxa"/>
          </w:tcPr>
          <w:p w14:paraId="77EC4F44" w14:textId="77777777" w:rsidR="0012600E" w:rsidRDefault="00000000">
            <w:r>
              <w:rPr>
                <w:sz w:val="15"/>
              </w:rPr>
              <w:t>Cały rok</w:t>
            </w:r>
          </w:p>
        </w:tc>
        <w:tc>
          <w:tcPr>
            <w:tcW w:w="1473" w:type="dxa"/>
          </w:tcPr>
          <w:p w14:paraId="61FA81C6" w14:textId="77777777" w:rsidR="007D6D25" w:rsidRDefault="00000000">
            <w:pPr>
              <w:rPr>
                <w:sz w:val="15"/>
              </w:rPr>
            </w:pPr>
            <w:proofErr w:type="spellStart"/>
            <w:r>
              <w:rPr>
                <w:sz w:val="15"/>
              </w:rPr>
              <w:t>Nauczyciele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wychowawcy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terapeuci</w:t>
            </w:r>
            <w:proofErr w:type="spellEnd"/>
            <w:r w:rsidR="00A20AB5">
              <w:rPr>
                <w:sz w:val="15"/>
              </w:rPr>
              <w:t xml:space="preserve">. </w:t>
            </w:r>
          </w:p>
          <w:p w14:paraId="685A4064" w14:textId="77777777" w:rsidR="007D6D25" w:rsidRDefault="00A20AB5">
            <w:pPr>
              <w:rPr>
                <w:sz w:val="15"/>
              </w:rPr>
            </w:pPr>
            <w:r>
              <w:rPr>
                <w:sz w:val="15"/>
              </w:rPr>
              <w:t>J</w:t>
            </w:r>
            <w:r w:rsidR="007D6D25">
              <w:rPr>
                <w:sz w:val="15"/>
              </w:rPr>
              <w:t>.</w:t>
            </w:r>
            <w:r>
              <w:rPr>
                <w:sz w:val="15"/>
              </w:rPr>
              <w:t xml:space="preserve"> Wittbrodt, </w:t>
            </w:r>
          </w:p>
          <w:p w14:paraId="5C315C67" w14:textId="238960FB" w:rsidR="007D6D25" w:rsidRDefault="00A20AB5">
            <w:pPr>
              <w:rPr>
                <w:sz w:val="15"/>
              </w:rPr>
            </w:pPr>
            <w:r>
              <w:rPr>
                <w:sz w:val="15"/>
              </w:rPr>
              <w:t>J</w:t>
            </w:r>
            <w:r w:rsidR="007D6D25">
              <w:rPr>
                <w:sz w:val="15"/>
              </w:rPr>
              <w:t xml:space="preserve">. </w:t>
            </w:r>
            <w:proofErr w:type="spellStart"/>
            <w:r>
              <w:rPr>
                <w:sz w:val="15"/>
              </w:rPr>
              <w:t>Katzor</w:t>
            </w:r>
            <w:proofErr w:type="spellEnd"/>
            <w:r>
              <w:rPr>
                <w:sz w:val="15"/>
              </w:rPr>
              <w:t xml:space="preserve">, </w:t>
            </w:r>
          </w:p>
          <w:p w14:paraId="64AACB6C" w14:textId="47106CF9" w:rsidR="007D6D25" w:rsidRDefault="00334249">
            <w:pPr>
              <w:rPr>
                <w:sz w:val="15"/>
              </w:rPr>
            </w:pPr>
            <w:r>
              <w:rPr>
                <w:sz w:val="15"/>
              </w:rPr>
              <w:t>A.</w:t>
            </w:r>
            <w:r w:rsidR="007D6D25"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Hartung, </w:t>
            </w:r>
          </w:p>
          <w:p w14:paraId="418C08F8" w14:textId="236D7E5B" w:rsidR="0012600E" w:rsidRDefault="0064040B">
            <w:pPr>
              <w:rPr>
                <w:sz w:val="15"/>
              </w:rPr>
            </w:pPr>
            <w:r>
              <w:rPr>
                <w:sz w:val="15"/>
              </w:rPr>
              <w:t>A. Kass</w:t>
            </w:r>
            <w:r w:rsidR="00334249">
              <w:rPr>
                <w:sz w:val="15"/>
              </w:rPr>
              <w:t xml:space="preserve">, </w:t>
            </w:r>
            <w:proofErr w:type="spellStart"/>
            <w:proofErr w:type="gramStart"/>
            <w:r w:rsidR="00334249">
              <w:rPr>
                <w:sz w:val="15"/>
              </w:rPr>
              <w:t>T.Czonstke</w:t>
            </w:r>
            <w:proofErr w:type="spellEnd"/>
            <w:proofErr w:type="gramEnd"/>
          </w:p>
          <w:p w14:paraId="3FA9E6D4" w14:textId="48728E5A" w:rsidR="00A20AB5" w:rsidRDefault="00A20AB5"/>
        </w:tc>
        <w:tc>
          <w:tcPr>
            <w:tcW w:w="1473" w:type="dxa"/>
          </w:tcPr>
          <w:p w14:paraId="740927E8" w14:textId="77777777" w:rsidR="0012600E" w:rsidRDefault="00000000">
            <w:r>
              <w:rPr>
                <w:sz w:val="15"/>
              </w:rPr>
              <w:t>Według potrzeb</w:t>
            </w:r>
          </w:p>
        </w:tc>
        <w:tc>
          <w:tcPr>
            <w:tcW w:w="1473" w:type="dxa"/>
          </w:tcPr>
          <w:p w14:paraId="1E4CE7C5" w14:textId="77777777" w:rsidR="0012600E" w:rsidRDefault="00000000">
            <w:r>
              <w:rPr>
                <w:sz w:val="15"/>
              </w:rPr>
              <w:t>Dzienniki, fotorelacja.</w:t>
            </w:r>
          </w:p>
        </w:tc>
      </w:tr>
      <w:tr w:rsidR="0012600E" w14:paraId="4111EF89" w14:textId="77777777">
        <w:trPr>
          <w:jc w:val="center"/>
        </w:trPr>
        <w:tc>
          <w:tcPr>
            <w:tcW w:w="1473" w:type="dxa"/>
          </w:tcPr>
          <w:p w14:paraId="283A867F" w14:textId="77777777" w:rsidR="0012600E" w:rsidRDefault="00000000">
            <w:r>
              <w:rPr>
                <w:sz w:val="15"/>
              </w:rPr>
              <w:t>Działania wspierające komunikację, zdrowie psychiczne i dobre relacje.</w:t>
            </w:r>
          </w:p>
        </w:tc>
        <w:tc>
          <w:tcPr>
            <w:tcW w:w="1473" w:type="dxa"/>
          </w:tcPr>
          <w:p w14:paraId="68468423" w14:textId="77777777" w:rsidR="0012600E" w:rsidRDefault="00000000">
            <w:r>
              <w:rPr>
                <w:sz w:val="15"/>
              </w:rPr>
              <w:t>Udział min. 70% uczniów.</w:t>
            </w:r>
          </w:p>
        </w:tc>
        <w:tc>
          <w:tcPr>
            <w:tcW w:w="1473" w:type="dxa"/>
          </w:tcPr>
          <w:p w14:paraId="1457FFD1" w14:textId="77777777" w:rsidR="0012600E" w:rsidRDefault="00000000">
            <w:pPr>
              <w:rPr>
                <w:sz w:val="15"/>
              </w:rPr>
            </w:pPr>
            <w:r>
              <w:rPr>
                <w:sz w:val="15"/>
              </w:rPr>
              <w:t xml:space="preserve">Zajęcia dotyczące emocji, radzenia sobie ze stresem, komunikowania potrzeb, proszenia o pomoc, </w:t>
            </w:r>
            <w:proofErr w:type="spellStart"/>
            <w:r>
              <w:rPr>
                <w:sz w:val="15"/>
              </w:rPr>
              <w:t>współpracy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rozwiązywania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konfliktów</w:t>
            </w:r>
            <w:proofErr w:type="spellEnd"/>
            <w:r>
              <w:rPr>
                <w:sz w:val="15"/>
              </w:rPr>
              <w:t>.</w:t>
            </w:r>
          </w:p>
          <w:p w14:paraId="74480FEC" w14:textId="77777777" w:rsidR="007D6D25" w:rsidRDefault="007D6D25"/>
        </w:tc>
        <w:tc>
          <w:tcPr>
            <w:tcW w:w="1473" w:type="dxa"/>
          </w:tcPr>
          <w:p w14:paraId="0B97CF71" w14:textId="77777777" w:rsidR="0012600E" w:rsidRDefault="00000000">
            <w:r>
              <w:rPr>
                <w:sz w:val="15"/>
              </w:rPr>
              <w:lastRenderedPageBreak/>
              <w:t>Cały rok</w:t>
            </w:r>
          </w:p>
        </w:tc>
        <w:tc>
          <w:tcPr>
            <w:tcW w:w="1473" w:type="dxa"/>
          </w:tcPr>
          <w:p w14:paraId="75506C14" w14:textId="77777777" w:rsidR="007D6D25" w:rsidRDefault="00000000">
            <w:pPr>
              <w:rPr>
                <w:sz w:val="15"/>
              </w:rPr>
            </w:pPr>
            <w:r>
              <w:rPr>
                <w:sz w:val="15"/>
              </w:rPr>
              <w:t xml:space="preserve">Psycholog, pedagog, wychowawcy, </w:t>
            </w:r>
            <w:proofErr w:type="spellStart"/>
            <w:r>
              <w:rPr>
                <w:sz w:val="15"/>
              </w:rPr>
              <w:t>terapeuci</w:t>
            </w:r>
            <w:proofErr w:type="spellEnd"/>
            <w:r w:rsidR="00A20AB5">
              <w:rPr>
                <w:sz w:val="15"/>
              </w:rPr>
              <w:t xml:space="preserve">. </w:t>
            </w:r>
          </w:p>
          <w:p w14:paraId="652D49E4" w14:textId="77777777" w:rsidR="0064040B" w:rsidRDefault="0064040B">
            <w:pPr>
              <w:rPr>
                <w:sz w:val="15"/>
              </w:rPr>
            </w:pPr>
          </w:p>
          <w:p w14:paraId="59FDDB85" w14:textId="189779FC" w:rsidR="007D6D25" w:rsidRDefault="0064040B" w:rsidP="007D6D25">
            <w:proofErr w:type="spellStart"/>
            <w:r>
              <w:rPr>
                <w:sz w:val="15"/>
              </w:rPr>
              <w:t>Pedagog</w:t>
            </w:r>
            <w:proofErr w:type="spellEnd"/>
            <w:r>
              <w:rPr>
                <w:sz w:val="15"/>
              </w:rPr>
              <w:t xml:space="preserve"> I </w:t>
            </w:r>
            <w:proofErr w:type="spellStart"/>
            <w:r>
              <w:rPr>
                <w:sz w:val="15"/>
              </w:rPr>
              <w:t>psycjolog</w:t>
            </w:r>
            <w:proofErr w:type="spellEnd"/>
          </w:p>
        </w:tc>
        <w:tc>
          <w:tcPr>
            <w:tcW w:w="1473" w:type="dxa"/>
          </w:tcPr>
          <w:p w14:paraId="7ADB635E" w14:textId="77777777" w:rsidR="0012600E" w:rsidRDefault="00000000">
            <w:r>
              <w:rPr>
                <w:sz w:val="15"/>
              </w:rPr>
              <w:t>Materiały edukacyjne</w:t>
            </w:r>
          </w:p>
        </w:tc>
        <w:tc>
          <w:tcPr>
            <w:tcW w:w="1473" w:type="dxa"/>
          </w:tcPr>
          <w:p w14:paraId="4D7FF61F" w14:textId="77777777" w:rsidR="0012600E" w:rsidRDefault="00000000">
            <w:r>
              <w:rPr>
                <w:sz w:val="15"/>
              </w:rPr>
              <w:t>Dokumentacja zajęć.</w:t>
            </w:r>
          </w:p>
        </w:tc>
      </w:tr>
      <w:tr w:rsidR="0012600E" w14:paraId="5A23940A" w14:textId="77777777">
        <w:trPr>
          <w:jc w:val="center"/>
        </w:trPr>
        <w:tc>
          <w:tcPr>
            <w:tcW w:w="1473" w:type="dxa"/>
          </w:tcPr>
          <w:p w14:paraId="681F204D" w14:textId="77777777" w:rsidR="0012600E" w:rsidRDefault="00000000">
            <w:r>
              <w:rPr>
                <w:sz w:val="15"/>
              </w:rPr>
              <w:t>Aktywna przerwa - „Razem w ruchu”.</w:t>
            </w:r>
          </w:p>
        </w:tc>
        <w:tc>
          <w:tcPr>
            <w:tcW w:w="1473" w:type="dxa"/>
          </w:tcPr>
          <w:p w14:paraId="0D271965" w14:textId="77777777" w:rsidR="0012600E" w:rsidRDefault="00000000">
            <w:r>
              <w:rPr>
                <w:sz w:val="15"/>
              </w:rPr>
              <w:t>W wybranych aktywnościach uczestniczy min. 70% uczniów szkoły podstawowej.</w:t>
            </w:r>
          </w:p>
        </w:tc>
        <w:tc>
          <w:tcPr>
            <w:tcW w:w="1473" w:type="dxa"/>
          </w:tcPr>
          <w:p w14:paraId="3005EEFD" w14:textId="77777777" w:rsidR="0012600E" w:rsidRDefault="00000000">
            <w:r>
              <w:rPr>
                <w:sz w:val="15"/>
              </w:rPr>
              <w:t>Taniec, gimnastyka, spacery, gry i zabawy ruchowe oraz aktywność na świeżym powietrzu.</w:t>
            </w:r>
          </w:p>
        </w:tc>
        <w:tc>
          <w:tcPr>
            <w:tcW w:w="1473" w:type="dxa"/>
          </w:tcPr>
          <w:p w14:paraId="6EAE3BB2" w14:textId="77777777" w:rsidR="0012600E" w:rsidRDefault="00000000">
            <w:r>
              <w:rPr>
                <w:sz w:val="15"/>
              </w:rPr>
              <w:t>Cały rok</w:t>
            </w:r>
          </w:p>
        </w:tc>
        <w:tc>
          <w:tcPr>
            <w:tcW w:w="1473" w:type="dxa"/>
          </w:tcPr>
          <w:p w14:paraId="4B23B7BA" w14:textId="77777777" w:rsidR="007D6D25" w:rsidRDefault="00000000">
            <w:pPr>
              <w:rPr>
                <w:sz w:val="15"/>
              </w:rPr>
            </w:pPr>
            <w:proofErr w:type="spellStart"/>
            <w:r>
              <w:rPr>
                <w:sz w:val="15"/>
              </w:rPr>
              <w:t>Nauczyciele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 w:rsidR="00334249">
              <w:rPr>
                <w:sz w:val="15"/>
              </w:rPr>
              <w:t>wychowawcy</w:t>
            </w:r>
            <w:proofErr w:type="spellEnd"/>
            <w:r w:rsidR="00334249">
              <w:rPr>
                <w:sz w:val="15"/>
              </w:rPr>
              <w:t xml:space="preserve"> </w:t>
            </w:r>
          </w:p>
          <w:p w14:paraId="21A210D9" w14:textId="77777777" w:rsidR="0064040B" w:rsidRDefault="00334249">
            <w:pPr>
              <w:rPr>
                <w:sz w:val="15"/>
              </w:rPr>
            </w:pPr>
            <w:r>
              <w:rPr>
                <w:sz w:val="15"/>
              </w:rPr>
              <w:t>Z</w:t>
            </w:r>
            <w:r w:rsidR="007D6D25">
              <w:rPr>
                <w:sz w:val="15"/>
              </w:rPr>
              <w:t>.</w:t>
            </w:r>
            <w:r w:rsidR="00A20AB5">
              <w:rPr>
                <w:sz w:val="15"/>
              </w:rPr>
              <w:t xml:space="preserve"> Dzienisz. </w:t>
            </w:r>
          </w:p>
          <w:p w14:paraId="6D3B1284" w14:textId="616D1784" w:rsidR="007D6D25" w:rsidRDefault="00A20AB5">
            <w:pPr>
              <w:rPr>
                <w:sz w:val="15"/>
              </w:rPr>
            </w:pPr>
            <w:r>
              <w:rPr>
                <w:sz w:val="15"/>
              </w:rPr>
              <w:t>M.</w:t>
            </w:r>
            <w:r w:rsidR="0064040B">
              <w:rPr>
                <w:sz w:val="15"/>
              </w:rPr>
              <w:t xml:space="preserve"> </w:t>
            </w:r>
            <w:proofErr w:type="spellStart"/>
            <w:r w:rsidR="00334249">
              <w:rPr>
                <w:sz w:val="15"/>
              </w:rPr>
              <w:t>Gołowacz</w:t>
            </w:r>
            <w:proofErr w:type="spellEnd"/>
          </w:p>
          <w:p w14:paraId="4B3296F6" w14:textId="0EFDB930" w:rsidR="0012600E" w:rsidRDefault="00334249">
            <w:pPr>
              <w:rPr>
                <w:sz w:val="15"/>
              </w:rPr>
            </w:pPr>
            <w:r>
              <w:rPr>
                <w:sz w:val="15"/>
              </w:rPr>
              <w:t>B</w:t>
            </w:r>
            <w:r w:rsidR="007D6D25">
              <w:rPr>
                <w:sz w:val="15"/>
              </w:rPr>
              <w:t>.</w:t>
            </w:r>
            <w:r>
              <w:rPr>
                <w:sz w:val="15"/>
              </w:rPr>
              <w:t xml:space="preserve"> Budek</w:t>
            </w:r>
          </w:p>
          <w:p w14:paraId="37C387DD" w14:textId="4BEF72A3" w:rsidR="007D6D25" w:rsidRDefault="007D6D25">
            <w:pPr>
              <w:rPr>
                <w:sz w:val="15"/>
              </w:rPr>
            </w:pPr>
            <w:proofErr w:type="spellStart"/>
            <w:proofErr w:type="gramStart"/>
            <w:r>
              <w:rPr>
                <w:sz w:val="15"/>
              </w:rPr>
              <w:t>B.Prądzyńska</w:t>
            </w:r>
            <w:proofErr w:type="spellEnd"/>
            <w:proofErr w:type="gramEnd"/>
          </w:p>
          <w:p w14:paraId="2D350910" w14:textId="77777777" w:rsidR="00A20AB5" w:rsidRDefault="00A20AB5"/>
        </w:tc>
        <w:tc>
          <w:tcPr>
            <w:tcW w:w="1473" w:type="dxa"/>
          </w:tcPr>
          <w:p w14:paraId="66A965C7" w14:textId="77777777" w:rsidR="0012600E" w:rsidRDefault="00000000">
            <w:r>
              <w:rPr>
                <w:sz w:val="15"/>
              </w:rPr>
              <w:t>Sprzęt sportowy, muzyka</w:t>
            </w:r>
          </w:p>
        </w:tc>
        <w:tc>
          <w:tcPr>
            <w:tcW w:w="1473" w:type="dxa"/>
          </w:tcPr>
          <w:p w14:paraId="0BB281A0" w14:textId="77777777" w:rsidR="0012600E" w:rsidRDefault="00000000">
            <w:r>
              <w:rPr>
                <w:sz w:val="15"/>
              </w:rPr>
              <w:t>Obserwacja, fotorelacja, dziennik.</w:t>
            </w:r>
          </w:p>
        </w:tc>
      </w:tr>
      <w:tr w:rsidR="0012600E" w14:paraId="71E64A01" w14:textId="77777777">
        <w:trPr>
          <w:jc w:val="center"/>
        </w:trPr>
        <w:tc>
          <w:tcPr>
            <w:tcW w:w="1473" w:type="dxa"/>
          </w:tcPr>
          <w:p w14:paraId="21F33753" w14:textId="77777777" w:rsidR="0012600E" w:rsidRDefault="00000000">
            <w:r>
              <w:rPr>
                <w:sz w:val="15"/>
              </w:rPr>
              <w:t>„Aktywni cały rok” - wspólna aktywność ruchowa.</w:t>
            </w:r>
          </w:p>
        </w:tc>
        <w:tc>
          <w:tcPr>
            <w:tcW w:w="1473" w:type="dxa"/>
          </w:tcPr>
          <w:p w14:paraId="0A9E3004" w14:textId="77777777" w:rsidR="0012600E" w:rsidRDefault="00000000">
            <w:r>
              <w:rPr>
                <w:sz w:val="15"/>
              </w:rPr>
              <w:t>Min. 70% uczniów uczestniczy w co najmniej jednej proponowanej formie aktywności.</w:t>
            </w:r>
          </w:p>
        </w:tc>
        <w:tc>
          <w:tcPr>
            <w:tcW w:w="1473" w:type="dxa"/>
          </w:tcPr>
          <w:p w14:paraId="71A4BA27" w14:textId="77777777" w:rsidR="0012600E" w:rsidRDefault="00000000">
            <w:r>
              <w:rPr>
                <w:sz w:val="15"/>
              </w:rPr>
              <w:t>Spacery, basen, gry i zabawy, marsze, aktywność terenowa, zimowe formy rekreacji.</w:t>
            </w:r>
          </w:p>
        </w:tc>
        <w:tc>
          <w:tcPr>
            <w:tcW w:w="1473" w:type="dxa"/>
          </w:tcPr>
          <w:p w14:paraId="57866CEB" w14:textId="77777777" w:rsidR="0012600E" w:rsidRDefault="00000000">
            <w:r>
              <w:rPr>
                <w:sz w:val="15"/>
              </w:rPr>
              <w:t>Cały rok</w:t>
            </w:r>
          </w:p>
        </w:tc>
        <w:tc>
          <w:tcPr>
            <w:tcW w:w="1473" w:type="dxa"/>
          </w:tcPr>
          <w:p w14:paraId="4E76285B" w14:textId="09193136" w:rsidR="0012600E" w:rsidRDefault="00000000">
            <w:pPr>
              <w:rPr>
                <w:sz w:val="15"/>
              </w:rPr>
            </w:pPr>
            <w:proofErr w:type="spellStart"/>
            <w:r>
              <w:rPr>
                <w:sz w:val="15"/>
              </w:rPr>
              <w:t>Nauczyciele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wychowawcy</w:t>
            </w:r>
            <w:proofErr w:type="spellEnd"/>
            <w:r w:rsidR="00334249">
              <w:rPr>
                <w:sz w:val="15"/>
              </w:rPr>
              <w:t xml:space="preserve">. </w:t>
            </w:r>
            <w:proofErr w:type="spellStart"/>
            <w:r w:rsidR="00334249">
              <w:rPr>
                <w:sz w:val="15"/>
              </w:rPr>
              <w:t>Odpowiedzialni</w:t>
            </w:r>
            <w:proofErr w:type="spellEnd"/>
            <w:r w:rsidR="00334249">
              <w:rPr>
                <w:sz w:val="15"/>
              </w:rPr>
              <w:t xml:space="preserve"> </w:t>
            </w:r>
            <w:proofErr w:type="spellStart"/>
            <w:r w:rsidR="00334249">
              <w:rPr>
                <w:sz w:val="15"/>
              </w:rPr>
              <w:t>nauczyciele</w:t>
            </w:r>
            <w:proofErr w:type="spellEnd"/>
            <w:r w:rsidR="00334249">
              <w:rPr>
                <w:sz w:val="15"/>
              </w:rPr>
              <w:t xml:space="preserve"> w- f</w:t>
            </w:r>
          </w:p>
          <w:p w14:paraId="5B0D4BDC" w14:textId="7BE660AA" w:rsidR="00334249" w:rsidRDefault="00334249"/>
        </w:tc>
        <w:tc>
          <w:tcPr>
            <w:tcW w:w="1473" w:type="dxa"/>
          </w:tcPr>
          <w:p w14:paraId="2824249E" w14:textId="77777777" w:rsidR="0012600E" w:rsidRDefault="00000000">
            <w:r>
              <w:rPr>
                <w:sz w:val="15"/>
              </w:rPr>
              <w:t>Sprzęt sportowy</w:t>
            </w:r>
          </w:p>
        </w:tc>
        <w:tc>
          <w:tcPr>
            <w:tcW w:w="1473" w:type="dxa"/>
          </w:tcPr>
          <w:p w14:paraId="0D9D983E" w14:textId="77777777" w:rsidR="0012600E" w:rsidRDefault="00000000">
            <w:r>
              <w:rPr>
                <w:sz w:val="15"/>
              </w:rPr>
              <w:t>Dzienniki, sprawozdania, fotorelacje.</w:t>
            </w:r>
          </w:p>
        </w:tc>
      </w:tr>
      <w:tr w:rsidR="0012600E" w14:paraId="775B2699" w14:textId="77777777">
        <w:trPr>
          <w:jc w:val="center"/>
        </w:trPr>
        <w:tc>
          <w:tcPr>
            <w:tcW w:w="1473" w:type="dxa"/>
          </w:tcPr>
          <w:p w14:paraId="2AB1ED25" w14:textId="77777777" w:rsidR="0012600E" w:rsidRDefault="00000000">
            <w:r>
              <w:rPr>
                <w:sz w:val="15"/>
              </w:rPr>
              <w:t>Wspólne działania z rodzicami.</w:t>
            </w:r>
          </w:p>
        </w:tc>
        <w:tc>
          <w:tcPr>
            <w:tcW w:w="1473" w:type="dxa"/>
          </w:tcPr>
          <w:p w14:paraId="06E363C2" w14:textId="77777777" w:rsidR="0012600E" w:rsidRDefault="00000000">
            <w:r>
              <w:rPr>
                <w:sz w:val="15"/>
              </w:rPr>
              <w:t>Minimum 2 przedsięwzięcia z udziałem rodziców.</w:t>
            </w:r>
          </w:p>
        </w:tc>
        <w:tc>
          <w:tcPr>
            <w:tcW w:w="1473" w:type="dxa"/>
          </w:tcPr>
          <w:p w14:paraId="5C76CF9C" w14:textId="77777777" w:rsidR="0012600E" w:rsidRDefault="00000000">
            <w:r>
              <w:rPr>
                <w:sz w:val="15"/>
              </w:rPr>
              <w:t>Warsztaty, spotkania, wydarzenia klasowe, kiermasze oraz działania prozdrowotne i integracyjne.</w:t>
            </w:r>
          </w:p>
        </w:tc>
        <w:tc>
          <w:tcPr>
            <w:tcW w:w="1473" w:type="dxa"/>
          </w:tcPr>
          <w:p w14:paraId="55076E1C" w14:textId="77777777" w:rsidR="0012600E" w:rsidRDefault="00000000">
            <w:r>
              <w:rPr>
                <w:sz w:val="15"/>
              </w:rPr>
              <w:t>Cały rok</w:t>
            </w:r>
          </w:p>
        </w:tc>
        <w:tc>
          <w:tcPr>
            <w:tcW w:w="1473" w:type="dxa"/>
          </w:tcPr>
          <w:p w14:paraId="166CB64F" w14:textId="3F2FB826" w:rsidR="0064040B" w:rsidRDefault="00000000">
            <w:pPr>
              <w:rPr>
                <w:sz w:val="15"/>
              </w:rPr>
            </w:pPr>
            <w:proofErr w:type="spellStart"/>
            <w:r>
              <w:rPr>
                <w:sz w:val="15"/>
              </w:rPr>
              <w:t>Wychowawcy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Zespół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SzPZ</w:t>
            </w:r>
            <w:proofErr w:type="spellEnd"/>
          </w:p>
          <w:p w14:paraId="7F174CE6" w14:textId="03595DB6" w:rsidR="007D6D25" w:rsidRDefault="007D6D25">
            <w:pPr>
              <w:rPr>
                <w:sz w:val="15"/>
              </w:rPr>
            </w:pPr>
            <w:r>
              <w:rPr>
                <w:sz w:val="15"/>
              </w:rPr>
              <w:t>B.</w:t>
            </w:r>
            <w:r w:rsidR="0064040B"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Block </w:t>
            </w:r>
          </w:p>
          <w:p w14:paraId="43005662" w14:textId="0D2D7108" w:rsidR="007D6D25" w:rsidRDefault="007D6D25">
            <w:pPr>
              <w:rPr>
                <w:sz w:val="15"/>
              </w:rPr>
            </w:pPr>
            <w:r>
              <w:rPr>
                <w:sz w:val="15"/>
              </w:rPr>
              <w:t xml:space="preserve">A. Lietzau </w:t>
            </w:r>
            <w:proofErr w:type="spellStart"/>
            <w:proofErr w:type="gramStart"/>
            <w:r>
              <w:rPr>
                <w:sz w:val="15"/>
              </w:rPr>
              <w:t>A.Twardowska</w:t>
            </w:r>
            <w:proofErr w:type="spellEnd"/>
            <w:proofErr w:type="gramEnd"/>
            <w:r>
              <w:rPr>
                <w:sz w:val="15"/>
              </w:rPr>
              <w:t xml:space="preserve"> </w:t>
            </w:r>
          </w:p>
          <w:p w14:paraId="69DA7AA7" w14:textId="77777777" w:rsidR="007D6D25" w:rsidRDefault="0064040B">
            <w:pPr>
              <w:rPr>
                <w:sz w:val="15"/>
              </w:rPr>
            </w:pPr>
            <w:proofErr w:type="spellStart"/>
            <w:r>
              <w:rPr>
                <w:sz w:val="15"/>
              </w:rPr>
              <w:t>M.Kania</w:t>
            </w:r>
            <w:proofErr w:type="spellEnd"/>
          </w:p>
          <w:p w14:paraId="19180B3B" w14:textId="161A9479" w:rsidR="0064040B" w:rsidRPr="007D6D25" w:rsidRDefault="0064040B">
            <w:pPr>
              <w:rPr>
                <w:sz w:val="15"/>
              </w:rPr>
            </w:pPr>
            <w:r>
              <w:rPr>
                <w:sz w:val="15"/>
              </w:rPr>
              <w:t>M. Garbacz</w:t>
            </w:r>
          </w:p>
        </w:tc>
        <w:tc>
          <w:tcPr>
            <w:tcW w:w="1473" w:type="dxa"/>
          </w:tcPr>
          <w:p w14:paraId="4A738EDB" w14:textId="77777777" w:rsidR="0012600E" w:rsidRDefault="00000000">
            <w:r>
              <w:rPr>
                <w:sz w:val="15"/>
              </w:rPr>
              <w:t>Według potrzeb</w:t>
            </w:r>
          </w:p>
        </w:tc>
        <w:tc>
          <w:tcPr>
            <w:tcW w:w="1473" w:type="dxa"/>
          </w:tcPr>
          <w:p w14:paraId="4E3C38C8" w14:textId="77777777" w:rsidR="0012600E" w:rsidRDefault="00000000">
            <w:r>
              <w:rPr>
                <w:sz w:val="15"/>
              </w:rPr>
              <w:t>Frekwencja, fotorelacja.</w:t>
            </w:r>
          </w:p>
        </w:tc>
      </w:tr>
      <w:tr w:rsidR="0012600E" w14:paraId="66EA3BB6" w14:textId="77777777">
        <w:trPr>
          <w:jc w:val="center"/>
        </w:trPr>
        <w:tc>
          <w:tcPr>
            <w:tcW w:w="1473" w:type="dxa"/>
          </w:tcPr>
          <w:p w14:paraId="7EE4A288" w14:textId="77777777" w:rsidR="0012600E" w:rsidRDefault="00000000">
            <w:r>
              <w:rPr>
                <w:sz w:val="15"/>
              </w:rPr>
              <w:t>Wyjazd integracyjno-szkoleniowy pracowników.</w:t>
            </w:r>
          </w:p>
        </w:tc>
        <w:tc>
          <w:tcPr>
            <w:tcW w:w="1473" w:type="dxa"/>
          </w:tcPr>
          <w:p w14:paraId="243C2B47" w14:textId="77777777" w:rsidR="0012600E" w:rsidRDefault="00000000">
            <w:r>
              <w:rPr>
                <w:sz w:val="15"/>
              </w:rPr>
              <w:t>Udział min. 80% pracowników.</w:t>
            </w:r>
          </w:p>
        </w:tc>
        <w:tc>
          <w:tcPr>
            <w:tcW w:w="1473" w:type="dxa"/>
          </w:tcPr>
          <w:p w14:paraId="3354FD9D" w14:textId="77777777" w:rsidR="0012600E" w:rsidRDefault="00000000">
            <w:r>
              <w:rPr>
                <w:sz w:val="15"/>
              </w:rPr>
              <w:t>Wspólne szkolenie połączone z działaniami integracyjnymi i wzmacniającymi współpracę.</w:t>
            </w:r>
          </w:p>
        </w:tc>
        <w:tc>
          <w:tcPr>
            <w:tcW w:w="1473" w:type="dxa"/>
          </w:tcPr>
          <w:p w14:paraId="5E923A10" w14:textId="77777777" w:rsidR="0012600E" w:rsidRDefault="00000000">
            <w:r>
              <w:rPr>
                <w:sz w:val="15"/>
              </w:rPr>
              <w:t>W ciągu roku</w:t>
            </w:r>
          </w:p>
        </w:tc>
        <w:tc>
          <w:tcPr>
            <w:tcW w:w="1473" w:type="dxa"/>
          </w:tcPr>
          <w:p w14:paraId="2ACA6356" w14:textId="77777777" w:rsidR="0012600E" w:rsidRDefault="00000000">
            <w:r>
              <w:rPr>
                <w:sz w:val="15"/>
              </w:rPr>
              <w:t>Dyrekcja</w:t>
            </w:r>
          </w:p>
        </w:tc>
        <w:tc>
          <w:tcPr>
            <w:tcW w:w="1473" w:type="dxa"/>
          </w:tcPr>
          <w:p w14:paraId="3151A6D2" w14:textId="77777777" w:rsidR="0012600E" w:rsidRDefault="00000000">
            <w:r>
              <w:rPr>
                <w:sz w:val="15"/>
              </w:rPr>
              <w:t>Według programu wyjazdu</w:t>
            </w:r>
          </w:p>
        </w:tc>
        <w:tc>
          <w:tcPr>
            <w:tcW w:w="1473" w:type="dxa"/>
          </w:tcPr>
          <w:p w14:paraId="24799232" w14:textId="77777777" w:rsidR="0012600E" w:rsidRDefault="00000000">
            <w:r>
              <w:rPr>
                <w:sz w:val="15"/>
              </w:rPr>
              <w:t>Lista uczestników, sprawozdanie.</w:t>
            </w:r>
          </w:p>
        </w:tc>
      </w:tr>
      <w:tr w:rsidR="0012600E" w14:paraId="7A0D8C5C" w14:textId="77777777">
        <w:trPr>
          <w:jc w:val="center"/>
        </w:trPr>
        <w:tc>
          <w:tcPr>
            <w:tcW w:w="1473" w:type="dxa"/>
          </w:tcPr>
          <w:p w14:paraId="4301B41F" w14:textId="77777777" w:rsidR="0012600E" w:rsidRDefault="00000000">
            <w:r>
              <w:rPr>
                <w:sz w:val="15"/>
              </w:rPr>
              <w:t>Szkolenia pracowników dotyczące komunikacji, współpracy i dobrostanu.</w:t>
            </w:r>
          </w:p>
        </w:tc>
        <w:tc>
          <w:tcPr>
            <w:tcW w:w="1473" w:type="dxa"/>
          </w:tcPr>
          <w:p w14:paraId="3367DE88" w14:textId="77777777" w:rsidR="0012600E" w:rsidRDefault="00000000">
            <w:r>
              <w:rPr>
                <w:sz w:val="15"/>
              </w:rPr>
              <w:t>Minimum 2 szkolenia/warsztaty; udział min. 70% pracowników pedagogicznych.</w:t>
            </w:r>
          </w:p>
        </w:tc>
        <w:tc>
          <w:tcPr>
            <w:tcW w:w="1473" w:type="dxa"/>
          </w:tcPr>
          <w:p w14:paraId="32D0D602" w14:textId="77777777" w:rsidR="0012600E" w:rsidRDefault="00000000">
            <w:r>
              <w:rPr>
                <w:sz w:val="15"/>
              </w:rPr>
              <w:t>Warsztaty dotyczące komunikacji, rozwiązywania konfliktów, przeciwdziałania stresowi i wspierania dobrostanu.</w:t>
            </w:r>
          </w:p>
        </w:tc>
        <w:tc>
          <w:tcPr>
            <w:tcW w:w="1473" w:type="dxa"/>
          </w:tcPr>
          <w:p w14:paraId="10AED2F6" w14:textId="77777777" w:rsidR="0012600E" w:rsidRDefault="00000000">
            <w:r>
              <w:rPr>
                <w:sz w:val="15"/>
              </w:rPr>
              <w:t>Cały rok</w:t>
            </w:r>
          </w:p>
        </w:tc>
        <w:tc>
          <w:tcPr>
            <w:tcW w:w="1473" w:type="dxa"/>
          </w:tcPr>
          <w:p w14:paraId="1DDFDEBE" w14:textId="77777777" w:rsidR="0012600E" w:rsidRDefault="00000000">
            <w:r>
              <w:rPr>
                <w:sz w:val="15"/>
              </w:rPr>
              <w:t>Dyrekcja, specjaliści</w:t>
            </w:r>
          </w:p>
        </w:tc>
        <w:tc>
          <w:tcPr>
            <w:tcW w:w="1473" w:type="dxa"/>
          </w:tcPr>
          <w:p w14:paraId="3070DB6B" w14:textId="77777777" w:rsidR="0012600E" w:rsidRDefault="00000000">
            <w:r>
              <w:rPr>
                <w:sz w:val="15"/>
              </w:rPr>
              <w:t>Materiały szkoleniowe</w:t>
            </w:r>
          </w:p>
        </w:tc>
        <w:tc>
          <w:tcPr>
            <w:tcW w:w="1473" w:type="dxa"/>
          </w:tcPr>
          <w:p w14:paraId="749E5AC7" w14:textId="77777777" w:rsidR="0012600E" w:rsidRDefault="00000000">
            <w:r>
              <w:rPr>
                <w:sz w:val="15"/>
              </w:rPr>
              <w:t>Listy obecności, ankiety.</w:t>
            </w:r>
          </w:p>
        </w:tc>
      </w:tr>
      <w:tr w:rsidR="0012600E" w14:paraId="4B128421" w14:textId="77777777">
        <w:trPr>
          <w:jc w:val="center"/>
        </w:trPr>
        <w:tc>
          <w:tcPr>
            <w:tcW w:w="1473" w:type="dxa"/>
          </w:tcPr>
          <w:p w14:paraId="74CEA03A" w14:textId="2B508C2B" w:rsidR="0012600E" w:rsidRDefault="00000000">
            <w:r>
              <w:rPr>
                <w:sz w:val="15"/>
              </w:rPr>
              <w:t>Święto Społeczności Szkolnej „</w:t>
            </w:r>
            <w:proofErr w:type="spellStart"/>
            <w:r>
              <w:rPr>
                <w:sz w:val="15"/>
              </w:rPr>
              <w:t>Razem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tworzymy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naszą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szkołę</w:t>
            </w:r>
            <w:proofErr w:type="spellEnd"/>
            <w:r>
              <w:rPr>
                <w:sz w:val="15"/>
              </w:rPr>
              <w:t>”.</w:t>
            </w:r>
          </w:p>
        </w:tc>
        <w:tc>
          <w:tcPr>
            <w:tcW w:w="1473" w:type="dxa"/>
          </w:tcPr>
          <w:p w14:paraId="35E5C62F" w14:textId="77777777" w:rsidR="0012600E" w:rsidRDefault="00000000">
            <w:r>
              <w:rPr>
                <w:sz w:val="15"/>
              </w:rPr>
              <w:t>Udział przedstawicieli uczniów, rodziców, nauczycieli i pracowników niepedagogicznych; min. 30% całej społeczności szkolnej.</w:t>
            </w:r>
          </w:p>
        </w:tc>
        <w:tc>
          <w:tcPr>
            <w:tcW w:w="1473" w:type="dxa"/>
          </w:tcPr>
          <w:p w14:paraId="4AF0CF51" w14:textId="77777777" w:rsidR="0012600E" w:rsidRDefault="00000000">
            <w:r>
              <w:rPr>
                <w:sz w:val="15"/>
              </w:rPr>
              <w:t>Wspólne wydarzenie: aktywności ruchowe, prezentacje klas i zespołów, strefa zdrowia i relaksu, działania artystyczne, integracyjne i wspólny poczęstunek.</w:t>
            </w:r>
          </w:p>
        </w:tc>
        <w:tc>
          <w:tcPr>
            <w:tcW w:w="1473" w:type="dxa"/>
          </w:tcPr>
          <w:p w14:paraId="134E32E4" w14:textId="77777777" w:rsidR="0012600E" w:rsidRDefault="00000000">
            <w:r>
              <w:rPr>
                <w:sz w:val="15"/>
              </w:rPr>
              <w:t>V-VI 2027</w:t>
            </w:r>
          </w:p>
        </w:tc>
        <w:tc>
          <w:tcPr>
            <w:tcW w:w="1473" w:type="dxa"/>
          </w:tcPr>
          <w:p w14:paraId="3A030DD9" w14:textId="77777777" w:rsidR="0012600E" w:rsidRDefault="00000000">
            <w:r>
              <w:rPr>
                <w:sz w:val="15"/>
              </w:rPr>
              <w:t>Zespół SzPZ, wychowawcy, nauczyciele, pracownicy</w:t>
            </w:r>
          </w:p>
        </w:tc>
        <w:tc>
          <w:tcPr>
            <w:tcW w:w="1473" w:type="dxa"/>
          </w:tcPr>
          <w:p w14:paraId="22372071" w14:textId="77777777" w:rsidR="0012600E" w:rsidRDefault="00000000">
            <w:r>
              <w:rPr>
                <w:sz w:val="15"/>
              </w:rPr>
              <w:t>Sprzęt sportowy, materiały, nagłośnienie</w:t>
            </w:r>
          </w:p>
        </w:tc>
        <w:tc>
          <w:tcPr>
            <w:tcW w:w="1473" w:type="dxa"/>
          </w:tcPr>
          <w:p w14:paraId="37E44407" w14:textId="77777777" w:rsidR="0012600E" w:rsidRDefault="00000000">
            <w:r>
              <w:rPr>
                <w:sz w:val="15"/>
              </w:rPr>
              <w:t>Frekwencja, fotorelacja, sprawozdanie.</w:t>
            </w:r>
          </w:p>
        </w:tc>
      </w:tr>
      <w:tr w:rsidR="0012600E" w14:paraId="1D4BF21B" w14:textId="77777777">
        <w:trPr>
          <w:jc w:val="center"/>
        </w:trPr>
        <w:tc>
          <w:tcPr>
            <w:tcW w:w="1473" w:type="dxa"/>
          </w:tcPr>
          <w:p w14:paraId="2063B9AF" w14:textId="77777777" w:rsidR="0012600E" w:rsidRDefault="00000000">
            <w:r>
              <w:rPr>
                <w:sz w:val="15"/>
              </w:rPr>
              <w:t>Hortiterapia - wspólna troska o szkolną przestrzeń.</w:t>
            </w:r>
          </w:p>
        </w:tc>
        <w:tc>
          <w:tcPr>
            <w:tcW w:w="1473" w:type="dxa"/>
          </w:tcPr>
          <w:p w14:paraId="2CD7444B" w14:textId="77777777" w:rsidR="0012600E" w:rsidRDefault="00000000">
            <w:r>
              <w:rPr>
                <w:sz w:val="15"/>
              </w:rPr>
              <w:t>Minimum 2 etapy wspólnych prac.</w:t>
            </w:r>
          </w:p>
        </w:tc>
        <w:tc>
          <w:tcPr>
            <w:tcW w:w="1473" w:type="dxa"/>
          </w:tcPr>
          <w:p w14:paraId="5963C34B" w14:textId="77777777" w:rsidR="0012600E" w:rsidRDefault="00000000">
            <w:r>
              <w:rPr>
                <w:sz w:val="15"/>
              </w:rPr>
              <w:t>Sadzenie, pielęgnacja roślin, porządkowanie ogródka i wspólna praca uczniów.</w:t>
            </w:r>
          </w:p>
        </w:tc>
        <w:tc>
          <w:tcPr>
            <w:tcW w:w="1473" w:type="dxa"/>
          </w:tcPr>
          <w:p w14:paraId="6347EA1D" w14:textId="77777777" w:rsidR="0012600E" w:rsidRDefault="00000000">
            <w:r>
              <w:rPr>
                <w:sz w:val="15"/>
              </w:rPr>
              <w:t>IX-X 2026 oraz III-VI 2027</w:t>
            </w:r>
          </w:p>
        </w:tc>
        <w:tc>
          <w:tcPr>
            <w:tcW w:w="1473" w:type="dxa"/>
          </w:tcPr>
          <w:p w14:paraId="152FE7DA" w14:textId="77777777" w:rsidR="00874578" w:rsidRDefault="00000000">
            <w:pPr>
              <w:rPr>
                <w:sz w:val="15"/>
              </w:rPr>
            </w:pPr>
            <w:r>
              <w:rPr>
                <w:sz w:val="15"/>
              </w:rPr>
              <w:t xml:space="preserve">Nauczyciele zespołów </w:t>
            </w:r>
            <w:proofErr w:type="spellStart"/>
            <w:r>
              <w:rPr>
                <w:sz w:val="15"/>
              </w:rPr>
              <w:t>terapeutycznych</w:t>
            </w:r>
            <w:proofErr w:type="spellEnd"/>
            <w:r w:rsidR="00334249">
              <w:rPr>
                <w:sz w:val="15"/>
              </w:rPr>
              <w:t xml:space="preserve">. </w:t>
            </w:r>
            <w:proofErr w:type="spellStart"/>
            <w:r w:rsidR="00334249">
              <w:rPr>
                <w:sz w:val="15"/>
              </w:rPr>
              <w:t>M.Mrzygłocka</w:t>
            </w:r>
            <w:proofErr w:type="spellEnd"/>
            <w:r w:rsidR="00334249">
              <w:rPr>
                <w:sz w:val="15"/>
              </w:rPr>
              <w:t xml:space="preserve">, </w:t>
            </w:r>
            <w:proofErr w:type="spellStart"/>
            <w:proofErr w:type="gramStart"/>
            <w:r w:rsidR="00334249">
              <w:rPr>
                <w:sz w:val="15"/>
              </w:rPr>
              <w:t>K.Penkowska</w:t>
            </w:r>
            <w:proofErr w:type="spellEnd"/>
            <w:proofErr w:type="gramEnd"/>
            <w:r w:rsidR="00874578">
              <w:rPr>
                <w:sz w:val="15"/>
              </w:rPr>
              <w:t xml:space="preserve"> </w:t>
            </w:r>
            <w:proofErr w:type="spellStart"/>
            <w:proofErr w:type="gramStart"/>
            <w:r w:rsidR="00874578">
              <w:rPr>
                <w:sz w:val="15"/>
              </w:rPr>
              <w:t>A.Rafa</w:t>
            </w:r>
            <w:proofErr w:type="spellEnd"/>
            <w:proofErr w:type="gramEnd"/>
          </w:p>
          <w:p w14:paraId="58ED3A84" w14:textId="122AD4F9" w:rsidR="00874578" w:rsidRPr="00874578" w:rsidRDefault="00874578">
            <w:pPr>
              <w:rPr>
                <w:sz w:val="15"/>
              </w:rPr>
            </w:pPr>
            <w:proofErr w:type="spellStart"/>
            <w:proofErr w:type="gramStart"/>
            <w:r>
              <w:rPr>
                <w:sz w:val="15"/>
              </w:rPr>
              <w:t>B.Groth</w:t>
            </w:r>
            <w:proofErr w:type="spellEnd"/>
            <w:proofErr w:type="gramEnd"/>
          </w:p>
        </w:tc>
        <w:tc>
          <w:tcPr>
            <w:tcW w:w="1473" w:type="dxa"/>
          </w:tcPr>
          <w:p w14:paraId="1FEACDF2" w14:textId="77777777" w:rsidR="0012600E" w:rsidRDefault="00000000">
            <w:r>
              <w:rPr>
                <w:sz w:val="15"/>
              </w:rPr>
              <w:t>Rośliny, narzędzia</w:t>
            </w:r>
          </w:p>
        </w:tc>
        <w:tc>
          <w:tcPr>
            <w:tcW w:w="1473" w:type="dxa"/>
          </w:tcPr>
          <w:p w14:paraId="0DEB7749" w14:textId="77777777" w:rsidR="0012600E" w:rsidRDefault="00000000">
            <w:r>
              <w:rPr>
                <w:sz w:val="15"/>
              </w:rPr>
              <w:t>Fotorelacja, sprawozdanie.</w:t>
            </w:r>
          </w:p>
        </w:tc>
      </w:tr>
      <w:tr w:rsidR="0012600E" w14:paraId="795F7B21" w14:textId="77777777">
        <w:trPr>
          <w:jc w:val="center"/>
        </w:trPr>
        <w:tc>
          <w:tcPr>
            <w:tcW w:w="1473" w:type="dxa"/>
          </w:tcPr>
          <w:p w14:paraId="0593AD56" w14:textId="77777777" w:rsidR="0012600E" w:rsidRDefault="00000000">
            <w:r>
              <w:rPr>
                <w:sz w:val="15"/>
              </w:rPr>
              <w:t>Promowanie zdrowego stylu życia i działań SzPZ.</w:t>
            </w:r>
          </w:p>
        </w:tc>
        <w:tc>
          <w:tcPr>
            <w:tcW w:w="1473" w:type="dxa"/>
          </w:tcPr>
          <w:p w14:paraId="0D6D6036" w14:textId="77777777" w:rsidR="0012600E" w:rsidRDefault="00000000">
            <w:r>
              <w:rPr>
                <w:sz w:val="15"/>
              </w:rPr>
              <w:t>Minimum 10 informacji/relacji w roku.</w:t>
            </w:r>
          </w:p>
        </w:tc>
        <w:tc>
          <w:tcPr>
            <w:tcW w:w="1473" w:type="dxa"/>
          </w:tcPr>
          <w:p w14:paraId="3810B249" w14:textId="77777777" w:rsidR="0012600E" w:rsidRDefault="00000000">
            <w:r>
              <w:rPr>
                <w:sz w:val="15"/>
              </w:rPr>
              <w:t>Gazetki, strona szkoły, media społecznościowe, prezentowanie wspólnych działań społeczności.</w:t>
            </w:r>
          </w:p>
        </w:tc>
        <w:tc>
          <w:tcPr>
            <w:tcW w:w="1473" w:type="dxa"/>
          </w:tcPr>
          <w:p w14:paraId="73947CF9" w14:textId="77777777" w:rsidR="0012600E" w:rsidRDefault="00000000">
            <w:r>
              <w:rPr>
                <w:sz w:val="15"/>
              </w:rPr>
              <w:t>Cały rok</w:t>
            </w:r>
          </w:p>
        </w:tc>
        <w:tc>
          <w:tcPr>
            <w:tcW w:w="1473" w:type="dxa"/>
          </w:tcPr>
          <w:p w14:paraId="3A6B0139" w14:textId="77777777" w:rsidR="0012600E" w:rsidRDefault="00000000">
            <w:pPr>
              <w:rPr>
                <w:sz w:val="15"/>
              </w:rPr>
            </w:pPr>
            <w:proofErr w:type="spellStart"/>
            <w:r>
              <w:rPr>
                <w:sz w:val="15"/>
              </w:rPr>
              <w:t>Zespół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SzPZ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wyznaczeni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nauczyciele</w:t>
            </w:r>
            <w:proofErr w:type="spellEnd"/>
            <w:r w:rsidR="00334249">
              <w:rPr>
                <w:sz w:val="15"/>
              </w:rPr>
              <w:t>.</w:t>
            </w:r>
          </w:p>
          <w:p w14:paraId="5D0028D0" w14:textId="4A557024" w:rsidR="00334249" w:rsidRDefault="00334249">
            <w:pPr>
              <w:rPr>
                <w:sz w:val="15"/>
              </w:rPr>
            </w:pPr>
            <w:proofErr w:type="spellStart"/>
            <w:proofErr w:type="gramStart"/>
            <w:r>
              <w:rPr>
                <w:sz w:val="15"/>
              </w:rPr>
              <w:t>B.Piotrowska</w:t>
            </w:r>
            <w:proofErr w:type="spellEnd"/>
            <w:proofErr w:type="gramEnd"/>
          </w:p>
          <w:p w14:paraId="26C97F0B" w14:textId="1BBACCF4" w:rsidR="00334249" w:rsidRDefault="00334249">
            <w:pPr>
              <w:rPr>
                <w:sz w:val="15"/>
              </w:rPr>
            </w:pPr>
            <w:proofErr w:type="spellStart"/>
            <w:r>
              <w:rPr>
                <w:sz w:val="15"/>
              </w:rPr>
              <w:t>M.Zagorowicz</w:t>
            </w:r>
            <w:proofErr w:type="spellEnd"/>
          </w:p>
          <w:p w14:paraId="3543F2CE" w14:textId="34038E63" w:rsidR="0064040B" w:rsidRDefault="0064040B">
            <w:pPr>
              <w:rPr>
                <w:sz w:val="15"/>
              </w:rPr>
            </w:pPr>
            <w:proofErr w:type="spellStart"/>
            <w:proofErr w:type="gramStart"/>
            <w:r>
              <w:rPr>
                <w:sz w:val="15"/>
              </w:rPr>
              <w:t>K.Michanowicz</w:t>
            </w:r>
            <w:proofErr w:type="spellEnd"/>
            <w:proofErr w:type="gramEnd"/>
          </w:p>
          <w:p w14:paraId="228B5039" w14:textId="32D48D5A" w:rsidR="00334249" w:rsidRDefault="00334249"/>
        </w:tc>
        <w:tc>
          <w:tcPr>
            <w:tcW w:w="1473" w:type="dxa"/>
          </w:tcPr>
          <w:p w14:paraId="5591669C" w14:textId="77777777" w:rsidR="0012600E" w:rsidRDefault="00000000">
            <w:r>
              <w:rPr>
                <w:sz w:val="15"/>
              </w:rPr>
              <w:t>Materiały biurowe, komputer</w:t>
            </w:r>
          </w:p>
        </w:tc>
        <w:tc>
          <w:tcPr>
            <w:tcW w:w="1473" w:type="dxa"/>
          </w:tcPr>
          <w:p w14:paraId="461A4896" w14:textId="77777777" w:rsidR="0012600E" w:rsidRDefault="00000000">
            <w:r>
              <w:rPr>
                <w:sz w:val="15"/>
              </w:rPr>
              <w:t>Liczba publikacji.</w:t>
            </w:r>
          </w:p>
        </w:tc>
      </w:tr>
      <w:tr w:rsidR="0012600E" w14:paraId="52BE511E" w14:textId="77777777">
        <w:trPr>
          <w:jc w:val="center"/>
        </w:trPr>
        <w:tc>
          <w:tcPr>
            <w:tcW w:w="1473" w:type="dxa"/>
          </w:tcPr>
          <w:p w14:paraId="5F039C9E" w14:textId="77777777" w:rsidR="0012600E" w:rsidRDefault="00000000">
            <w:r>
              <w:rPr>
                <w:sz w:val="15"/>
              </w:rPr>
              <w:t>Ewaluacja realizacji programu.</w:t>
            </w:r>
          </w:p>
        </w:tc>
        <w:tc>
          <w:tcPr>
            <w:tcW w:w="1473" w:type="dxa"/>
          </w:tcPr>
          <w:p w14:paraId="289C4E5D" w14:textId="77777777" w:rsidR="0012600E" w:rsidRDefault="00000000">
            <w:r>
              <w:rPr>
                <w:sz w:val="15"/>
              </w:rPr>
              <w:t>Uzyskanie danych od wszystkich czterech grup społeczności szkolnej i ocena realizacji min. 80% zaplanowanych zadań.</w:t>
            </w:r>
          </w:p>
        </w:tc>
        <w:tc>
          <w:tcPr>
            <w:tcW w:w="1473" w:type="dxa"/>
          </w:tcPr>
          <w:p w14:paraId="0F770E05" w14:textId="77777777" w:rsidR="0012600E" w:rsidRDefault="00000000">
            <w:r>
              <w:rPr>
                <w:sz w:val="15"/>
              </w:rPr>
              <w:t>Ankiety, analiza dokumentacji, obserwacja i podsumowanie wskaźników.</w:t>
            </w:r>
          </w:p>
        </w:tc>
        <w:tc>
          <w:tcPr>
            <w:tcW w:w="1473" w:type="dxa"/>
          </w:tcPr>
          <w:p w14:paraId="65618D30" w14:textId="77777777" w:rsidR="0012600E" w:rsidRDefault="00000000">
            <w:r>
              <w:rPr>
                <w:sz w:val="15"/>
              </w:rPr>
              <w:t>V-VI 2027</w:t>
            </w:r>
          </w:p>
        </w:tc>
        <w:tc>
          <w:tcPr>
            <w:tcW w:w="1473" w:type="dxa"/>
          </w:tcPr>
          <w:p w14:paraId="6A724D31" w14:textId="68041228" w:rsidR="0012600E" w:rsidRDefault="00000000">
            <w:r>
              <w:rPr>
                <w:sz w:val="15"/>
              </w:rPr>
              <w:t xml:space="preserve">Szkolny Zespół ds. Promocji </w:t>
            </w:r>
            <w:proofErr w:type="spellStart"/>
            <w:r>
              <w:rPr>
                <w:sz w:val="15"/>
              </w:rPr>
              <w:t>Zdrowia</w:t>
            </w:r>
            <w:proofErr w:type="spellEnd"/>
            <w:r w:rsidR="00334249">
              <w:rPr>
                <w:sz w:val="15"/>
              </w:rPr>
              <w:t xml:space="preserve">. </w:t>
            </w:r>
            <w:proofErr w:type="spellStart"/>
            <w:proofErr w:type="gramStart"/>
            <w:r w:rsidR="00334249">
              <w:rPr>
                <w:sz w:val="15"/>
              </w:rPr>
              <w:t>A.Maciejewska</w:t>
            </w:r>
            <w:proofErr w:type="spellEnd"/>
            <w:proofErr w:type="gramEnd"/>
          </w:p>
        </w:tc>
        <w:tc>
          <w:tcPr>
            <w:tcW w:w="1473" w:type="dxa"/>
          </w:tcPr>
          <w:p w14:paraId="3E083A13" w14:textId="77777777" w:rsidR="0012600E" w:rsidRDefault="00000000">
            <w:r>
              <w:rPr>
                <w:sz w:val="15"/>
              </w:rPr>
              <w:t>Ankiety, dokumentacja</w:t>
            </w:r>
          </w:p>
        </w:tc>
        <w:tc>
          <w:tcPr>
            <w:tcW w:w="1473" w:type="dxa"/>
          </w:tcPr>
          <w:p w14:paraId="5CA8CC9B" w14:textId="77777777" w:rsidR="0012600E" w:rsidRDefault="00000000">
            <w:r>
              <w:rPr>
                <w:sz w:val="15"/>
              </w:rPr>
              <w:t>Raport z ewaluacji.</w:t>
            </w:r>
          </w:p>
        </w:tc>
      </w:tr>
    </w:tbl>
    <w:p w14:paraId="6A3ABA92" w14:textId="77777777" w:rsidR="0012600E" w:rsidRDefault="0012600E"/>
    <w:p w14:paraId="6A146899" w14:textId="77777777" w:rsidR="0012600E" w:rsidRDefault="00000000">
      <w:r>
        <w:rPr>
          <w:b/>
        </w:rPr>
        <w:lastRenderedPageBreak/>
        <w:t xml:space="preserve">Koordynator Szkoły Promującej Zdrowie: </w:t>
      </w:r>
      <w:r>
        <w:t>........................................................</w:t>
      </w:r>
    </w:p>
    <w:p w14:paraId="2BFDB590" w14:textId="77777777" w:rsidR="0012600E" w:rsidRDefault="00000000">
      <w:r>
        <w:rPr>
          <w:b/>
        </w:rPr>
        <w:t xml:space="preserve">Dyrektor szkoły: </w:t>
      </w:r>
      <w:r>
        <w:t>........................................................</w:t>
      </w:r>
    </w:p>
    <w:p w14:paraId="3F2B1214" w14:textId="77777777" w:rsidR="0012600E" w:rsidRDefault="00000000">
      <w:r>
        <w:rPr>
          <w:b/>
        </w:rPr>
        <w:t xml:space="preserve">Data: </w:t>
      </w:r>
      <w:r>
        <w:t>........................................................</w:t>
      </w:r>
    </w:p>
    <w:sectPr w:rsidR="0012600E" w:rsidSect="00034616">
      <w:pgSz w:w="12240" w:h="15840"/>
      <w:pgMar w:top="1020" w:right="964" w:bottom="102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EB77870"/>
    <w:multiLevelType w:val="hybridMultilevel"/>
    <w:tmpl w:val="8F2C1140"/>
    <w:lvl w:ilvl="0" w:tplc="37EE296C">
      <w:start w:val="1"/>
      <w:numFmt w:val="lowerLetter"/>
      <w:lvlText w:val="%1."/>
      <w:lvlJc w:val="left"/>
      <w:pPr>
        <w:ind w:left="720" w:hanging="360"/>
      </w:pPr>
      <w:rPr>
        <w:rFonts w:hint="default"/>
        <w:sz w:val="1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927835">
    <w:abstractNumId w:val="8"/>
  </w:num>
  <w:num w:numId="2" w16cid:durableId="973560842">
    <w:abstractNumId w:val="6"/>
  </w:num>
  <w:num w:numId="3" w16cid:durableId="1360856196">
    <w:abstractNumId w:val="5"/>
  </w:num>
  <w:num w:numId="4" w16cid:durableId="1158767490">
    <w:abstractNumId w:val="4"/>
  </w:num>
  <w:num w:numId="5" w16cid:durableId="1174492212">
    <w:abstractNumId w:val="7"/>
  </w:num>
  <w:num w:numId="6" w16cid:durableId="1626227413">
    <w:abstractNumId w:val="3"/>
  </w:num>
  <w:num w:numId="7" w16cid:durableId="778256801">
    <w:abstractNumId w:val="2"/>
  </w:num>
  <w:num w:numId="8" w16cid:durableId="1346127142">
    <w:abstractNumId w:val="1"/>
  </w:num>
  <w:num w:numId="9" w16cid:durableId="1111586731">
    <w:abstractNumId w:val="0"/>
  </w:num>
  <w:num w:numId="10" w16cid:durableId="89215549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00E"/>
    <w:rsid w:val="0015074B"/>
    <w:rsid w:val="0029639D"/>
    <w:rsid w:val="00326F90"/>
    <w:rsid w:val="00334249"/>
    <w:rsid w:val="0064040B"/>
    <w:rsid w:val="007D6D25"/>
    <w:rsid w:val="00874578"/>
    <w:rsid w:val="00A20AB5"/>
    <w:rsid w:val="00AA1D8D"/>
    <w:rsid w:val="00B47730"/>
    <w:rsid w:val="00C927D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675B6"/>
  <w14:defaultImageDpi w14:val="300"/>
  <w15:docId w15:val="{88CC3E1B-7788-2D48-9BC1-75287E34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unhideWhenUsed/>
    <w:rsid w:val="00874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1714</Words>
  <Characters>10290</Characters>
  <Application>Microsoft Office Word</Application>
  <DocSecurity>0</DocSecurity>
  <Lines>85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Maciejewska</cp:lastModifiedBy>
  <cp:revision>3</cp:revision>
  <dcterms:created xsi:type="dcterms:W3CDTF">2013-12-23T23:15:00Z</dcterms:created>
  <dcterms:modified xsi:type="dcterms:W3CDTF">2026-08-30T18:17:00Z</dcterms:modified>
  <cp:category/>
</cp:coreProperties>
</file>